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4693D8" w14:textId="7DB23E90" w:rsidR="006A0893" w:rsidRDefault="00593F49">
      <w:pPr>
        <w:pStyle w:val="aa"/>
        <w:jc w:val="center"/>
        <w:rPr>
          <w:lang w:eastAsia="zh-TW"/>
        </w:rPr>
      </w:pPr>
      <w:r>
        <w:rPr>
          <w:lang w:eastAsia="zh-TW"/>
        </w:rPr>
        <w:t>國立北門高級中學115學年度</w:t>
      </w:r>
      <w:r w:rsidR="001320A0">
        <w:rPr>
          <w:rFonts w:hint="eastAsia"/>
          <w:lang w:eastAsia="zh-TW"/>
        </w:rPr>
        <w:t>第4次</w:t>
      </w:r>
      <w:r>
        <w:rPr>
          <w:lang w:eastAsia="zh-TW"/>
        </w:rPr>
        <w:t>代理教師甄選簡章</w:t>
      </w:r>
    </w:p>
    <w:p w14:paraId="39A283BC" w14:textId="77777777" w:rsidR="006A0893" w:rsidRDefault="00593F49">
      <w:pPr>
        <w:pStyle w:val="1"/>
        <w:ind w:left="480" w:hanging="480"/>
        <w:jc w:val="both"/>
        <w:rPr>
          <w:lang w:eastAsia="zh-TW"/>
        </w:rPr>
      </w:pPr>
      <w:r>
        <w:rPr>
          <w:lang w:eastAsia="zh-TW"/>
        </w:rPr>
        <w:t>壹、依據</w:t>
      </w:r>
    </w:p>
    <w:p w14:paraId="2AA49AF7" w14:textId="77777777" w:rsidR="006A0893" w:rsidRDefault="00593F49">
      <w:pPr>
        <w:ind w:left="440"/>
        <w:jc w:val="both"/>
        <w:rPr>
          <w:lang w:eastAsia="zh-TW"/>
        </w:rPr>
      </w:pPr>
      <w:r>
        <w:rPr>
          <w:lang w:eastAsia="zh-TW"/>
        </w:rPr>
        <w:t>「教師法」、「教育人員任用條例」、「高級中等以下學校教師評審委員會設置辦法」、「公立高級中等以下學校教師甄選作業要點」、「高級中等以下學校兼任代課及代理教師聘任辦法」及本校教評會決議等相關規定。</w:t>
      </w:r>
    </w:p>
    <w:p w14:paraId="07D9BD24" w14:textId="77777777" w:rsidR="006A0893" w:rsidRDefault="00593F49">
      <w:pPr>
        <w:pStyle w:val="1"/>
        <w:ind w:left="480" w:hanging="480"/>
        <w:jc w:val="both"/>
      </w:pPr>
      <w:proofErr w:type="spellStart"/>
      <w:r>
        <w:t>貳、甄選科別及名額</w:t>
      </w:r>
      <w:proofErr w:type="spellEnd"/>
    </w:p>
    <w:tbl>
      <w:tblPr>
        <w:tblW w:w="0" w:type="auto"/>
        <w:jc w:val="center"/>
        <w:tblLayout w:type="fixed"/>
        <w:tblLook w:val="04A0" w:firstRow="1" w:lastRow="0" w:firstColumn="1" w:lastColumn="0" w:noHBand="0" w:noVBand="1"/>
      </w:tblPr>
      <w:tblGrid>
        <w:gridCol w:w="680"/>
        <w:gridCol w:w="1134"/>
        <w:gridCol w:w="850"/>
        <w:gridCol w:w="850"/>
        <w:gridCol w:w="1247"/>
        <w:gridCol w:w="5329"/>
      </w:tblGrid>
      <w:tr w:rsidR="006A0893" w14:paraId="3FCC174D" w14:textId="77777777">
        <w:trPr>
          <w:cantSplit/>
          <w:tblHeader/>
          <w:jc w:val="center"/>
        </w:trPr>
        <w:tc>
          <w:tcPr>
            <w:tcW w:w="680" w:type="dxa"/>
            <w:tcBorders>
              <w:top w:val="single" w:sz="4" w:space="0" w:color="000000"/>
              <w:left w:val="single" w:sz="4" w:space="0" w:color="000000"/>
              <w:bottom w:val="single" w:sz="4" w:space="0" w:color="000000"/>
              <w:right w:val="single" w:sz="4" w:space="0" w:color="000000"/>
            </w:tcBorders>
            <w:vAlign w:val="center"/>
          </w:tcPr>
          <w:p w14:paraId="4739C586" w14:textId="77777777" w:rsidR="006A0893" w:rsidRDefault="00593F49">
            <w:pPr>
              <w:spacing w:before="40" w:line="259" w:lineRule="auto"/>
              <w:jc w:val="center"/>
            </w:pPr>
            <w:proofErr w:type="spellStart"/>
            <w:r>
              <w:rPr>
                <w:b/>
                <w:sz w:val="21"/>
              </w:rPr>
              <w:t>職缺</w:t>
            </w:r>
            <w:proofErr w:type="spellEnd"/>
            <w:r>
              <w:rPr>
                <w:b/>
                <w:sz w:val="21"/>
              </w:rPr>
              <w:br/>
            </w:r>
            <w:proofErr w:type="spellStart"/>
            <w:r>
              <w:rPr>
                <w:b/>
                <w:sz w:val="21"/>
              </w:rPr>
              <w:t>編號</w:t>
            </w:r>
            <w:proofErr w:type="spellEnd"/>
          </w:p>
        </w:tc>
        <w:tc>
          <w:tcPr>
            <w:tcW w:w="1134" w:type="dxa"/>
            <w:tcBorders>
              <w:top w:val="single" w:sz="4" w:space="0" w:color="000000"/>
              <w:left w:val="single" w:sz="4" w:space="0" w:color="000000"/>
              <w:bottom w:val="single" w:sz="4" w:space="0" w:color="000000"/>
              <w:right w:val="single" w:sz="4" w:space="0" w:color="000000"/>
            </w:tcBorders>
            <w:vAlign w:val="center"/>
          </w:tcPr>
          <w:p w14:paraId="0E5B8F68" w14:textId="77777777" w:rsidR="006A0893" w:rsidRDefault="00593F49">
            <w:pPr>
              <w:spacing w:before="40" w:line="259" w:lineRule="auto"/>
              <w:jc w:val="center"/>
            </w:pPr>
            <w:proofErr w:type="spellStart"/>
            <w:r>
              <w:rPr>
                <w:b/>
                <w:sz w:val="21"/>
              </w:rPr>
              <w:t>科別</w:t>
            </w:r>
            <w:proofErr w:type="spellEnd"/>
          </w:p>
        </w:tc>
        <w:tc>
          <w:tcPr>
            <w:tcW w:w="850" w:type="dxa"/>
            <w:tcBorders>
              <w:top w:val="single" w:sz="4" w:space="0" w:color="000000"/>
              <w:left w:val="single" w:sz="4" w:space="0" w:color="000000"/>
              <w:bottom w:val="single" w:sz="4" w:space="0" w:color="000000"/>
              <w:right w:val="single" w:sz="4" w:space="0" w:color="000000"/>
            </w:tcBorders>
            <w:vAlign w:val="center"/>
          </w:tcPr>
          <w:p w14:paraId="69994792" w14:textId="77777777" w:rsidR="006A0893" w:rsidRDefault="00593F49">
            <w:pPr>
              <w:spacing w:before="40" w:line="259" w:lineRule="auto"/>
              <w:jc w:val="center"/>
            </w:pPr>
            <w:proofErr w:type="spellStart"/>
            <w:r>
              <w:rPr>
                <w:b/>
                <w:sz w:val="21"/>
              </w:rPr>
              <w:t>正取</w:t>
            </w:r>
            <w:proofErr w:type="spellEnd"/>
          </w:p>
        </w:tc>
        <w:tc>
          <w:tcPr>
            <w:tcW w:w="850" w:type="dxa"/>
            <w:tcBorders>
              <w:top w:val="single" w:sz="4" w:space="0" w:color="000000"/>
              <w:left w:val="single" w:sz="4" w:space="0" w:color="000000"/>
              <w:bottom w:val="single" w:sz="4" w:space="0" w:color="000000"/>
              <w:right w:val="single" w:sz="4" w:space="0" w:color="000000"/>
            </w:tcBorders>
            <w:vAlign w:val="center"/>
          </w:tcPr>
          <w:p w14:paraId="385B8E1F" w14:textId="77777777" w:rsidR="006A0893" w:rsidRDefault="00593F49">
            <w:pPr>
              <w:spacing w:before="40" w:line="259" w:lineRule="auto"/>
              <w:jc w:val="center"/>
            </w:pPr>
            <w:proofErr w:type="spellStart"/>
            <w:r>
              <w:rPr>
                <w:b/>
                <w:sz w:val="21"/>
              </w:rPr>
              <w:t>備取</w:t>
            </w:r>
            <w:proofErr w:type="spellEnd"/>
          </w:p>
        </w:tc>
        <w:tc>
          <w:tcPr>
            <w:tcW w:w="1247" w:type="dxa"/>
            <w:tcBorders>
              <w:top w:val="single" w:sz="4" w:space="0" w:color="000000"/>
              <w:left w:val="single" w:sz="4" w:space="0" w:color="000000"/>
              <w:bottom w:val="single" w:sz="4" w:space="0" w:color="000000"/>
              <w:right w:val="single" w:sz="4" w:space="0" w:color="000000"/>
            </w:tcBorders>
            <w:vAlign w:val="center"/>
          </w:tcPr>
          <w:p w14:paraId="2B680C30" w14:textId="77777777" w:rsidR="006A0893" w:rsidRDefault="00593F49">
            <w:pPr>
              <w:spacing w:before="40" w:line="259" w:lineRule="auto"/>
              <w:jc w:val="center"/>
            </w:pPr>
            <w:proofErr w:type="spellStart"/>
            <w:r>
              <w:rPr>
                <w:b/>
                <w:sz w:val="21"/>
              </w:rPr>
              <w:t>缺額原因</w:t>
            </w:r>
            <w:proofErr w:type="spellEnd"/>
          </w:p>
        </w:tc>
        <w:tc>
          <w:tcPr>
            <w:tcW w:w="5329" w:type="dxa"/>
            <w:tcBorders>
              <w:top w:val="single" w:sz="4" w:space="0" w:color="000000"/>
              <w:left w:val="single" w:sz="4" w:space="0" w:color="000000"/>
              <w:bottom w:val="single" w:sz="4" w:space="0" w:color="000000"/>
              <w:right w:val="single" w:sz="4" w:space="0" w:color="000000"/>
            </w:tcBorders>
            <w:vAlign w:val="center"/>
          </w:tcPr>
          <w:p w14:paraId="51A84782" w14:textId="77777777" w:rsidR="006A0893" w:rsidRDefault="00593F49">
            <w:pPr>
              <w:spacing w:before="40" w:line="259" w:lineRule="auto"/>
              <w:jc w:val="center"/>
            </w:pPr>
            <w:proofErr w:type="spellStart"/>
            <w:r>
              <w:rPr>
                <w:b/>
                <w:sz w:val="21"/>
              </w:rPr>
              <w:t>備註</w:t>
            </w:r>
            <w:proofErr w:type="spellEnd"/>
          </w:p>
        </w:tc>
      </w:tr>
      <w:tr w:rsidR="006A0893" w14:paraId="0A3C15BF" w14:textId="77777777">
        <w:trPr>
          <w:cantSplit/>
          <w:jc w:val="center"/>
        </w:trPr>
        <w:tc>
          <w:tcPr>
            <w:tcW w:w="680" w:type="dxa"/>
            <w:tcBorders>
              <w:top w:val="single" w:sz="4" w:space="0" w:color="000000"/>
              <w:left w:val="single" w:sz="4" w:space="0" w:color="000000"/>
              <w:bottom w:val="single" w:sz="4" w:space="0" w:color="000000"/>
              <w:right w:val="single" w:sz="4" w:space="0" w:color="000000"/>
            </w:tcBorders>
            <w:vAlign w:val="center"/>
          </w:tcPr>
          <w:p w14:paraId="13A6ACFB" w14:textId="77777777" w:rsidR="006A0893" w:rsidRDefault="00593F49">
            <w:pPr>
              <w:spacing w:before="40" w:line="259" w:lineRule="auto"/>
              <w:jc w:val="center"/>
            </w:pPr>
            <w:r>
              <w:rPr>
                <w:sz w:val="21"/>
              </w:rPr>
              <w:t>1</w:t>
            </w:r>
          </w:p>
        </w:tc>
        <w:tc>
          <w:tcPr>
            <w:tcW w:w="1134" w:type="dxa"/>
            <w:tcBorders>
              <w:top w:val="single" w:sz="4" w:space="0" w:color="000000"/>
              <w:left w:val="single" w:sz="4" w:space="0" w:color="000000"/>
              <w:bottom w:val="single" w:sz="4" w:space="0" w:color="000000"/>
              <w:right w:val="single" w:sz="4" w:space="0" w:color="000000"/>
            </w:tcBorders>
            <w:vAlign w:val="center"/>
          </w:tcPr>
          <w:p w14:paraId="7C46E203" w14:textId="77777777" w:rsidR="006A0893" w:rsidRDefault="00593F49">
            <w:pPr>
              <w:spacing w:before="40" w:line="259" w:lineRule="auto"/>
              <w:jc w:val="center"/>
            </w:pPr>
            <w:proofErr w:type="spellStart"/>
            <w:r>
              <w:rPr>
                <w:sz w:val="21"/>
              </w:rPr>
              <w:t>國文科</w:t>
            </w:r>
            <w:proofErr w:type="spellEnd"/>
          </w:p>
        </w:tc>
        <w:tc>
          <w:tcPr>
            <w:tcW w:w="850" w:type="dxa"/>
            <w:tcBorders>
              <w:top w:val="single" w:sz="4" w:space="0" w:color="000000"/>
              <w:left w:val="single" w:sz="4" w:space="0" w:color="000000"/>
              <w:bottom w:val="single" w:sz="4" w:space="0" w:color="000000"/>
              <w:right w:val="single" w:sz="4" w:space="0" w:color="000000"/>
            </w:tcBorders>
            <w:vAlign w:val="center"/>
          </w:tcPr>
          <w:p w14:paraId="46597C35" w14:textId="17A89157" w:rsidR="006A0893" w:rsidRDefault="001B1976">
            <w:pPr>
              <w:spacing w:before="40" w:line="259" w:lineRule="auto"/>
              <w:jc w:val="center"/>
            </w:pPr>
            <w:r>
              <w:rPr>
                <w:rFonts w:hint="eastAsia"/>
                <w:lang w:eastAsia="zh-TW"/>
              </w:rPr>
              <w:t>1</w:t>
            </w:r>
          </w:p>
        </w:tc>
        <w:tc>
          <w:tcPr>
            <w:tcW w:w="850" w:type="dxa"/>
            <w:tcBorders>
              <w:top w:val="single" w:sz="4" w:space="0" w:color="000000"/>
              <w:left w:val="single" w:sz="4" w:space="0" w:color="000000"/>
              <w:bottom w:val="single" w:sz="4" w:space="0" w:color="000000"/>
              <w:right w:val="single" w:sz="4" w:space="0" w:color="000000"/>
            </w:tcBorders>
            <w:vAlign w:val="center"/>
          </w:tcPr>
          <w:p w14:paraId="71FEE57A" w14:textId="3ECD70C4" w:rsidR="006A0893" w:rsidRDefault="00111C9A">
            <w:pPr>
              <w:spacing w:before="40" w:line="259" w:lineRule="auto"/>
              <w:jc w:val="center"/>
            </w:pPr>
            <w:r>
              <w:rPr>
                <w:rFonts w:hint="eastAsia"/>
                <w:lang w:eastAsia="zh-TW"/>
              </w:rPr>
              <w:t>2</w:t>
            </w:r>
          </w:p>
        </w:tc>
        <w:tc>
          <w:tcPr>
            <w:tcW w:w="1247" w:type="dxa"/>
            <w:tcBorders>
              <w:top w:val="single" w:sz="4" w:space="0" w:color="000000"/>
              <w:left w:val="single" w:sz="4" w:space="0" w:color="000000"/>
              <w:bottom w:val="single" w:sz="4" w:space="0" w:color="000000"/>
              <w:right w:val="single" w:sz="4" w:space="0" w:color="000000"/>
            </w:tcBorders>
            <w:vAlign w:val="center"/>
          </w:tcPr>
          <w:p w14:paraId="5AB66C8F" w14:textId="77777777" w:rsidR="006A0893" w:rsidRDefault="00593F49">
            <w:pPr>
              <w:spacing w:before="40" w:line="259" w:lineRule="auto"/>
              <w:jc w:val="center"/>
            </w:pPr>
            <w:proofErr w:type="spellStart"/>
            <w:r>
              <w:rPr>
                <w:sz w:val="21"/>
              </w:rPr>
              <w:t>懸缺</w:t>
            </w:r>
            <w:proofErr w:type="spellEnd"/>
          </w:p>
        </w:tc>
        <w:tc>
          <w:tcPr>
            <w:tcW w:w="5329" w:type="dxa"/>
            <w:tcBorders>
              <w:top w:val="single" w:sz="4" w:space="0" w:color="000000"/>
              <w:left w:val="single" w:sz="4" w:space="0" w:color="000000"/>
              <w:bottom w:val="single" w:sz="4" w:space="0" w:color="000000"/>
              <w:right w:val="single" w:sz="4" w:space="0" w:color="000000"/>
            </w:tcBorders>
            <w:vAlign w:val="center"/>
          </w:tcPr>
          <w:p w14:paraId="236F91E0" w14:textId="77777777" w:rsidR="006A0893" w:rsidRDefault="00593F49">
            <w:pPr>
              <w:spacing w:before="40" w:line="259" w:lineRule="auto"/>
              <w:jc w:val="both"/>
              <w:rPr>
                <w:lang w:eastAsia="zh-TW"/>
              </w:rPr>
            </w:pPr>
            <w:r>
              <w:rPr>
                <w:sz w:val="21"/>
                <w:lang w:eastAsia="zh-TW"/>
              </w:rPr>
              <w:t>聘期：自報到日起至116年7月31日止。</w:t>
            </w:r>
          </w:p>
        </w:tc>
      </w:tr>
    </w:tbl>
    <w:p w14:paraId="3E1AEBEC" w14:textId="77777777" w:rsidR="006A0893" w:rsidRDefault="00593F49">
      <w:pPr>
        <w:jc w:val="both"/>
        <w:rPr>
          <w:lang w:eastAsia="zh-TW"/>
        </w:rPr>
      </w:pPr>
      <w:r>
        <w:rPr>
          <w:b/>
          <w:lang w:eastAsia="zh-TW"/>
        </w:rPr>
        <w:t>附註：如115學年度該類科代理教師有新增缺額之情形，得由備取人員依序進用，並依需求原因聘任，以補足115學年度缺額為限。</w:t>
      </w:r>
    </w:p>
    <w:p w14:paraId="29D984AB" w14:textId="77777777" w:rsidR="006A0893" w:rsidRDefault="00593F49">
      <w:pPr>
        <w:pStyle w:val="1"/>
        <w:ind w:left="480" w:hanging="480"/>
        <w:jc w:val="both"/>
        <w:rPr>
          <w:lang w:eastAsia="zh-TW"/>
        </w:rPr>
      </w:pPr>
      <w:r>
        <w:rPr>
          <w:lang w:eastAsia="zh-TW"/>
        </w:rPr>
        <w:t>參、公告事項</w:t>
      </w:r>
    </w:p>
    <w:p w14:paraId="18C355FC" w14:textId="220A86DE" w:rsidR="006A0893" w:rsidRDefault="00593F49">
      <w:pPr>
        <w:ind w:left="880" w:hanging="440"/>
        <w:jc w:val="both"/>
        <w:rPr>
          <w:lang w:eastAsia="zh-TW"/>
        </w:rPr>
      </w:pPr>
      <w:r>
        <w:rPr>
          <w:lang w:eastAsia="zh-TW"/>
        </w:rPr>
        <w:t>一、時間：115年10月</w:t>
      </w:r>
      <w:r w:rsidR="001B1976">
        <w:rPr>
          <w:rFonts w:hint="eastAsia"/>
          <w:lang w:eastAsia="zh-TW"/>
        </w:rPr>
        <w:t>8</w:t>
      </w:r>
      <w:r>
        <w:rPr>
          <w:lang w:eastAsia="zh-TW"/>
        </w:rPr>
        <w:t>日（星期</w:t>
      </w:r>
      <w:r w:rsidR="001B1976">
        <w:rPr>
          <w:rFonts w:hint="eastAsia"/>
          <w:lang w:eastAsia="zh-TW"/>
        </w:rPr>
        <w:t>四</w:t>
      </w:r>
      <w:r>
        <w:rPr>
          <w:lang w:eastAsia="zh-TW"/>
        </w:rPr>
        <w:t>）起至115年10月1</w:t>
      </w:r>
      <w:r w:rsidR="001B1976">
        <w:rPr>
          <w:rFonts w:hint="eastAsia"/>
          <w:lang w:eastAsia="zh-TW"/>
        </w:rPr>
        <w:t>3</w:t>
      </w:r>
      <w:r>
        <w:rPr>
          <w:lang w:eastAsia="zh-TW"/>
        </w:rPr>
        <w:t>日（星期</w:t>
      </w:r>
      <w:r w:rsidR="001B1976">
        <w:rPr>
          <w:rFonts w:hint="eastAsia"/>
          <w:lang w:eastAsia="zh-TW"/>
        </w:rPr>
        <w:t>二</w:t>
      </w:r>
      <w:r>
        <w:rPr>
          <w:lang w:eastAsia="zh-TW"/>
        </w:rPr>
        <w:t>）止。</w:t>
      </w:r>
    </w:p>
    <w:p w14:paraId="18C6716D" w14:textId="77777777" w:rsidR="006A0893" w:rsidRDefault="00593F49">
      <w:pPr>
        <w:ind w:left="880" w:hanging="440"/>
        <w:jc w:val="both"/>
      </w:pPr>
      <w:proofErr w:type="spellStart"/>
      <w:r>
        <w:t>二、方式</w:t>
      </w:r>
      <w:proofErr w:type="spellEnd"/>
      <w:r>
        <w:t>：</w:t>
      </w:r>
    </w:p>
    <w:p w14:paraId="7B8F17BE" w14:textId="77777777" w:rsidR="006A0893" w:rsidRDefault="00593F49" w:rsidP="000A6D16">
      <w:pPr>
        <w:ind w:left="1430" w:hanging="550"/>
        <w:jc w:val="both"/>
      </w:pPr>
      <w:r>
        <w:t>（</w:t>
      </w:r>
      <w:proofErr w:type="spellStart"/>
      <w:r>
        <w:t>一）本校人事室網站：https</w:t>
      </w:r>
      <w:proofErr w:type="spellEnd"/>
      <w:r>
        <w:t>://www.bmsh.tn.edu.tw/nss/p/b08</w:t>
      </w:r>
    </w:p>
    <w:p w14:paraId="3B8ED8B9" w14:textId="77777777" w:rsidR="006A0893" w:rsidRDefault="00593F49" w:rsidP="000A6D16">
      <w:pPr>
        <w:ind w:left="1430" w:hanging="550"/>
        <w:jc w:val="both"/>
      </w:pPr>
      <w:r>
        <w:t>（</w:t>
      </w:r>
      <w:proofErr w:type="spellStart"/>
      <w:r>
        <w:t>二）教育部國民及學前教育署：https</w:t>
      </w:r>
      <w:proofErr w:type="spellEnd"/>
      <w:r>
        <w:t>://www.k12ea.gov.tw/，</w:t>
      </w:r>
      <w:proofErr w:type="spellStart"/>
      <w:r>
        <w:t>請點選「為民服務窗口／教師甄選</w:t>
      </w:r>
      <w:proofErr w:type="spellEnd"/>
      <w:r>
        <w:t>」。</w:t>
      </w:r>
    </w:p>
    <w:p w14:paraId="721CFF0E" w14:textId="77777777" w:rsidR="006A0893" w:rsidRDefault="00593F49" w:rsidP="000A6D16">
      <w:pPr>
        <w:ind w:left="1430" w:hanging="550"/>
        <w:jc w:val="both"/>
        <w:rPr>
          <w:lang w:eastAsia="zh-TW"/>
        </w:rPr>
      </w:pPr>
      <w:r>
        <w:rPr>
          <w:lang w:eastAsia="zh-TW"/>
        </w:rPr>
        <w:t>（三）全國高級中等以下學校教師選聘網：</w:t>
      </w:r>
    </w:p>
    <w:p w14:paraId="5D71B1B9" w14:textId="77777777" w:rsidR="006A0893" w:rsidRDefault="00593F49" w:rsidP="000A6D16">
      <w:pPr>
        <w:ind w:left="1430"/>
        <w:jc w:val="both"/>
      </w:pPr>
      <w:r>
        <w:t>https://personnel.k12ea.gov.tw/tsn/index/NewsShow.aspx?f=FUN201003161118253V1</w:t>
      </w:r>
    </w:p>
    <w:p w14:paraId="0FFA2403" w14:textId="77777777" w:rsidR="006A0893" w:rsidRDefault="00593F49">
      <w:pPr>
        <w:pStyle w:val="1"/>
        <w:ind w:left="480" w:hanging="480"/>
        <w:jc w:val="both"/>
        <w:rPr>
          <w:lang w:eastAsia="zh-TW"/>
        </w:rPr>
      </w:pPr>
      <w:r>
        <w:rPr>
          <w:lang w:eastAsia="zh-TW"/>
        </w:rPr>
        <w:t>肆、簡章索取</w:t>
      </w:r>
    </w:p>
    <w:p w14:paraId="0A445086" w14:textId="77777777" w:rsidR="006A0893" w:rsidRDefault="00593F49" w:rsidP="000A6D16">
      <w:pPr>
        <w:ind w:left="440"/>
        <w:jc w:val="both"/>
        <w:rPr>
          <w:lang w:eastAsia="zh-TW"/>
        </w:rPr>
      </w:pPr>
      <w:r>
        <w:rPr>
          <w:lang w:eastAsia="zh-TW"/>
        </w:rPr>
        <w:t>公告期間於本校網站下載，並請以A4紙張列印報名表、入場證、切結書、具結書及成績複查申請書等資料，以上表格內容均不得任意變更。</w:t>
      </w:r>
    </w:p>
    <w:p w14:paraId="79D1D874" w14:textId="77777777" w:rsidR="006A0893" w:rsidRDefault="00593F49">
      <w:pPr>
        <w:pStyle w:val="1"/>
        <w:ind w:left="480" w:hanging="480"/>
        <w:jc w:val="both"/>
        <w:rPr>
          <w:lang w:eastAsia="zh-TW"/>
        </w:rPr>
      </w:pPr>
      <w:r>
        <w:rPr>
          <w:lang w:eastAsia="zh-TW"/>
        </w:rPr>
        <w:t>伍、報名資格條件</w:t>
      </w:r>
    </w:p>
    <w:p w14:paraId="3A222A90" w14:textId="77777777" w:rsidR="00C42AC5" w:rsidRDefault="00593F49">
      <w:pPr>
        <w:ind w:left="880" w:hanging="440"/>
        <w:jc w:val="both"/>
        <w:rPr>
          <w:lang w:eastAsia="zh-TW"/>
        </w:rPr>
      </w:pPr>
      <w:r>
        <w:rPr>
          <w:lang w:eastAsia="zh-TW"/>
        </w:rPr>
        <w:t>一、積極條件：</w:t>
      </w:r>
    </w:p>
    <w:p w14:paraId="0269C7B1" w14:textId="6832FCB8" w:rsidR="006A0893" w:rsidRDefault="00C42AC5" w:rsidP="00850673">
      <w:pPr>
        <w:ind w:left="1320" w:hanging="440"/>
        <w:jc w:val="both"/>
        <w:rPr>
          <w:lang w:eastAsia="zh-TW"/>
        </w:rPr>
      </w:pPr>
      <w:r>
        <w:rPr>
          <w:rFonts w:hint="eastAsia"/>
          <w:lang w:eastAsia="zh-TW"/>
        </w:rPr>
        <w:t>(</w:t>
      </w:r>
      <w:proofErr w:type="gramStart"/>
      <w:r>
        <w:rPr>
          <w:rFonts w:hint="eastAsia"/>
          <w:lang w:eastAsia="zh-TW"/>
        </w:rPr>
        <w:t>一</w:t>
      </w:r>
      <w:proofErr w:type="gramEnd"/>
      <w:r>
        <w:rPr>
          <w:rFonts w:hint="eastAsia"/>
          <w:lang w:eastAsia="zh-TW"/>
        </w:rPr>
        <w:t>)</w:t>
      </w:r>
      <w:r w:rsidR="00593F49">
        <w:rPr>
          <w:lang w:eastAsia="zh-TW"/>
        </w:rPr>
        <w:t>具有中華民國國籍之國民，並具備下列資格者，始得報考。倘若報名時未發現資格不符，於錄取聘任後仍應予以解聘。</w:t>
      </w:r>
    </w:p>
    <w:p w14:paraId="2F1E73FE" w14:textId="14DAB9FF" w:rsidR="006A0893" w:rsidRDefault="00C42AC5">
      <w:pPr>
        <w:ind w:left="1320" w:hanging="440"/>
        <w:jc w:val="both"/>
        <w:rPr>
          <w:lang w:eastAsia="zh-TW"/>
        </w:rPr>
      </w:pPr>
      <w:r>
        <w:rPr>
          <w:rFonts w:hint="eastAsia"/>
          <w:lang w:eastAsia="zh-TW"/>
        </w:rPr>
        <w:t>(二)</w:t>
      </w:r>
      <w:r w:rsidR="00593F49">
        <w:rPr>
          <w:lang w:eastAsia="zh-TW"/>
        </w:rPr>
        <w:t>持有國文科中等學校合格教師證書（含已取得合格教師證書之非現職教師，未脫離教學工作連續達10年以上）；或十二年國民基本教育課程綱要實施後，持有符合教育部「中等學校任教科別教師證書對照表」對應國文科之「學科、領域、</w:t>
      </w:r>
      <w:proofErr w:type="gramStart"/>
      <w:r w:rsidR="00593F49">
        <w:rPr>
          <w:lang w:eastAsia="zh-TW"/>
        </w:rPr>
        <w:t>群科</w:t>
      </w:r>
      <w:proofErr w:type="gramEnd"/>
      <w:r w:rsidR="00593F49">
        <w:rPr>
          <w:lang w:eastAsia="zh-TW"/>
        </w:rPr>
        <w:t>、專長」合格教師證書。</w:t>
      </w:r>
    </w:p>
    <w:p w14:paraId="3E54B4F0" w14:textId="77777777" w:rsidR="006A0893" w:rsidRDefault="00593F49">
      <w:pPr>
        <w:ind w:left="880" w:hanging="440"/>
        <w:jc w:val="both"/>
        <w:rPr>
          <w:lang w:eastAsia="zh-TW"/>
        </w:rPr>
      </w:pPr>
      <w:r>
        <w:rPr>
          <w:lang w:eastAsia="zh-TW"/>
        </w:rPr>
        <w:t>二、消極條件：具有下列情形之</w:t>
      </w:r>
      <w:proofErr w:type="gramStart"/>
      <w:r>
        <w:rPr>
          <w:lang w:eastAsia="zh-TW"/>
        </w:rPr>
        <w:t>一</w:t>
      </w:r>
      <w:proofErr w:type="gramEnd"/>
      <w:r>
        <w:rPr>
          <w:lang w:eastAsia="zh-TW"/>
        </w:rPr>
        <w:t>者，不得報考：</w:t>
      </w:r>
    </w:p>
    <w:p w14:paraId="6DBBE6F0" w14:textId="77777777" w:rsidR="006A0893" w:rsidRDefault="00593F49">
      <w:pPr>
        <w:ind w:left="1430" w:hanging="550"/>
        <w:jc w:val="both"/>
        <w:rPr>
          <w:lang w:eastAsia="zh-TW"/>
        </w:rPr>
      </w:pPr>
      <w:r>
        <w:rPr>
          <w:lang w:eastAsia="zh-TW"/>
        </w:rPr>
        <w:t>（一）大陸地區人民來</w:t>
      </w:r>
      <w:proofErr w:type="gramStart"/>
      <w:r>
        <w:rPr>
          <w:lang w:eastAsia="zh-TW"/>
        </w:rPr>
        <w:t>臺</w:t>
      </w:r>
      <w:proofErr w:type="gramEnd"/>
      <w:r>
        <w:rPr>
          <w:lang w:eastAsia="zh-TW"/>
        </w:rPr>
        <w:t>設有戶籍未滿10年者（至報名截止日止）。</w:t>
      </w:r>
    </w:p>
    <w:p w14:paraId="5C977222" w14:textId="77777777" w:rsidR="006A0893" w:rsidRDefault="00593F49">
      <w:pPr>
        <w:ind w:left="1430" w:hanging="550"/>
        <w:jc w:val="both"/>
        <w:rPr>
          <w:lang w:eastAsia="zh-TW"/>
        </w:rPr>
      </w:pPr>
      <w:r>
        <w:rPr>
          <w:lang w:eastAsia="zh-TW"/>
        </w:rPr>
        <w:t>（二）具高級中等以下學校兼任代課及代理教師聘任辦法第9條規定之情事。</w:t>
      </w:r>
    </w:p>
    <w:p w14:paraId="39026063" w14:textId="77777777" w:rsidR="006A0893" w:rsidRDefault="00593F49">
      <w:pPr>
        <w:ind w:left="1430" w:hanging="550"/>
        <w:jc w:val="both"/>
        <w:rPr>
          <w:lang w:eastAsia="zh-TW"/>
        </w:rPr>
      </w:pPr>
      <w:r>
        <w:rPr>
          <w:lang w:eastAsia="zh-TW"/>
        </w:rPr>
        <w:t>（三）具教育人員任用條例第31條及第33條規定之情事。</w:t>
      </w:r>
    </w:p>
    <w:p w14:paraId="2B388E3B" w14:textId="77777777" w:rsidR="006A0893" w:rsidRDefault="00593F49">
      <w:pPr>
        <w:ind w:left="1430" w:hanging="550"/>
        <w:jc w:val="both"/>
        <w:rPr>
          <w:lang w:eastAsia="zh-TW"/>
        </w:rPr>
      </w:pPr>
      <w:r>
        <w:rPr>
          <w:lang w:eastAsia="zh-TW"/>
        </w:rPr>
        <w:t>（四）具違反臺灣地區與大陸地區人民關係條例第9條之1、第21條第1項規定者及大陸委員會114年4月16日</w:t>
      </w:r>
      <w:proofErr w:type="gramStart"/>
      <w:r>
        <w:rPr>
          <w:lang w:eastAsia="zh-TW"/>
        </w:rPr>
        <w:t>陸法字</w:t>
      </w:r>
      <w:proofErr w:type="gramEnd"/>
      <w:r>
        <w:rPr>
          <w:lang w:eastAsia="zh-TW"/>
        </w:rPr>
        <w:t>第1140400361號令之情事。</w:t>
      </w:r>
    </w:p>
    <w:p w14:paraId="52AE279D" w14:textId="77777777" w:rsidR="006A0893" w:rsidRDefault="00593F49">
      <w:pPr>
        <w:rPr>
          <w:lang w:eastAsia="zh-TW"/>
        </w:rPr>
      </w:pPr>
      <w:r>
        <w:rPr>
          <w:lang w:eastAsia="zh-TW"/>
        </w:rPr>
        <w:br w:type="page"/>
      </w:r>
    </w:p>
    <w:p w14:paraId="7E32965C" w14:textId="77777777" w:rsidR="006A0893" w:rsidRDefault="00593F49">
      <w:pPr>
        <w:pStyle w:val="1"/>
        <w:ind w:left="480" w:hanging="480"/>
        <w:jc w:val="both"/>
        <w:rPr>
          <w:lang w:eastAsia="zh-TW"/>
        </w:rPr>
      </w:pPr>
      <w:r>
        <w:rPr>
          <w:lang w:eastAsia="zh-TW"/>
        </w:rPr>
        <w:lastRenderedPageBreak/>
        <w:t>陸、報名</w:t>
      </w:r>
    </w:p>
    <w:p w14:paraId="75BF4FF0" w14:textId="4ABEE0C1" w:rsidR="006A0893" w:rsidRDefault="00593F49">
      <w:pPr>
        <w:ind w:left="880" w:hanging="440"/>
        <w:jc w:val="both"/>
        <w:rPr>
          <w:lang w:eastAsia="zh-TW"/>
        </w:rPr>
      </w:pPr>
      <w:r>
        <w:rPr>
          <w:lang w:eastAsia="zh-TW"/>
        </w:rPr>
        <w:t>一、時間：</w:t>
      </w:r>
      <w:r w:rsidR="001B1976">
        <w:rPr>
          <w:lang w:eastAsia="zh-TW"/>
        </w:rPr>
        <w:t>115年10月</w:t>
      </w:r>
      <w:r w:rsidR="001B1976">
        <w:rPr>
          <w:rFonts w:hint="eastAsia"/>
          <w:lang w:eastAsia="zh-TW"/>
        </w:rPr>
        <w:t>8</w:t>
      </w:r>
      <w:r w:rsidR="001B1976">
        <w:rPr>
          <w:lang w:eastAsia="zh-TW"/>
        </w:rPr>
        <w:t>日（星期</w:t>
      </w:r>
      <w:r w:rsidR="001B1976">
        <w:rPr>
          <w:rFonts w:hint="eastAsia"/>
          <w:lang w:eastAsia="zh-TW"/>
        </w:rPr>
        <w:t>四</w:t>
      </w:r>
      <w:r w:rsidR="001B1976">
        <w:rPr>
          <w:lang w:eastAsia="zh-TW"/>
        </w:rPr>
        <w:t>）起至115年10月1</w:t>
      </w:r>
      <w:r w:rsidR="001B1976">
        <w:rPr>
          <w:rFonts w:hint="eastAsia"/>
          <w:lang w:eastAsia="zh-TW"/>
        </w:rPr>
        <w:t>3</w:t>
      </w:r>
      <w:r w:rsidR="001B1976">
        <w:rPr>
          <w:lang w:eastAsia="zh-TW"/>
        </w:rPr>
        <w:t>日（星期</w:t>
      </w:r>
      <w:r w:rsidR="001B1976">
        <w:rPr>
          <w:rFonts w:hint="eastAsia"/>
          <w:lang w:eastAsia="zh-TW"/>
        </w:rPr>
        <w:t>二</w:t>
      </w:r>
      <w:r w:rsidR="001B1976">
        <w:rPr>
          <w:lang w:eastAsia="zh-TW"/>
        </w:rPr>
        <w:t>）止</w:t>
      </w:r>
      <w:r>
        <w:rPr>
          <w:lang w:eastAsia="zh-TW"/>
        </w:rPr>
        <w:t>。【逾時不予受理】</w:t>
      </w:r>
    </w:p>
    <w:p w14:paraId="476AA897" w14:textId="77777777" w:rsidR="006A0893" w:rsidRDefault="00593F49">
      <w:pPr>
        <w:ind w:left="880" w:hanging="440"/>
        <w:jc w:val="both"/>
        <w:rPr>
          <w:lang w:eastAsia="zh-TW"/>
        </w:rPr>
      </w:pPr>
      <w:r>
        <w:rPr>
          <w:lang w:eastAsia="zh-TW"/>
        </w:rPr>
        <w:t>二、報名方式：</w:t>
      </w:r>
    </w:p>
    <w:p w14:paraId="33B5463A" w14:textId="77777777" w:rsidR="006A0893" w:rsidRDefault="00593F49">
      <w:pPr>
        <w:ind w:left="1430" w:hanging="550"/>
        <w:jc w:val="both"/>
        <w:rPr>
          <w:lang w:eastAsia="zh-TW"/>
        </w:rPr>
      </w:pPr>
      <w:r>
        <w:rPr>
          <w:lang w:eastAsia="zh-TW"/>
        </w:rPr>
        <w:t>（一）電子郵件寄至人事室bmsh280@bmsh.tn.edu.tw，主旨請註明：「應徵國文科教師」＋「姓名」。</w:t>
      </w:r>
    </w:p>
    <w:p w14:paraId="4C53DBE9" w14:textId="758F4A27" w:rsidR="006A0893" w:rsidRDefault="00593F49">
      <w:pPr>
        <w:ind w:left="1430" w:hanging="550"/>
        <w:jc w:val="both"/>
        <w:rPr>
          <w:lang w:eastAsia="zh-TW"/>
        </w:rPr>
      </w:pPr>
      <w:r>
        <w:rPr>
          <w:lang w:eastAsia="zh-TW"/>
        </w:rPr>
        <w:t>（二）填寫報名資料表單：</w:t>
      </w:r>
      <w:r w:rsidR="00360EB6" w:rsidRPr="00360EB6">
        <w:rPr>
          <w:lang w:eastAsia="zh-TW"/>
        </w:rPr>
        <w:t>https://forms.gle/W3f4Y2eiVNv5f4D69</w:t>
      </w:r>
      <w:r>
        <w:rPr>
          <w:lang w:eastAsia="zh-TW"/>
        </w:rPr>
        <w:t>。</w:t>
      </w:r>
    </w:p>
    <w:p w14:paraId="61D2932D" w14:textId="77777777" w:rsidR="006A0893" w:rsidRDefault="00593F49">
      <w:pPr>
        <w:ind w:left="880" w:hanging="440"/>
        <w:jc w:val="both"/>
        <w:rPr>
          <w:lang w:eastAsia="zh-TW"/>
        </w:rPr>
      </w:pPr>
      <w:r>
        <w:rPr>
          <w:lang w:eastAsia="zh-TW"/>
        </w:rPr>
        <w:t>三、報名時應</w:t>
      </w:r>
      <w:proofErr w:type="gramStart"/>
      <w:r>
        <w:rPr>
          <w:lang w:eastAsia="zh-TW"/>
        </w:rPr>
        <w:t>繳附下列表</w:t>
      </w:r>
      <w:proofErr w:type="gramEnd"/>
      <w:r>
        <w:rPr>
          <w:lang w:eastAsia="zh-TW"/>
        </w:rPr>
        <w:t>件、資料及證件，請以正本掃描或拍照後上傳：</w:t>
      </w:r>
    </w:p>
    <w:p w14:paraId="66651BE2" w14:textId="77777777" w:rsidR="006A0893" w:rsidRDefault="00593F49">
      <w:pPr>
        <w:ind w:left="1430" w:hanging="550"/>
        <w:jc w:val="both"/>
        <w:rPr>
          <w:lang w:eastAsia="zh-TW"/>
        </w:rPr>
      </w:pPr>
      <w:r>
        <w:rPr>
          <w:lang w:eastAsia="zh-TW"/>
        </w:rPr>
        <w:t>（一）報名費：不收報名費。</w:t>
      </w:r>
    </w:p>
    <w:p w14:paraId="4FEB9494" w14:textId="77777777" w:rsidR="006A0893" w:rsidRDefault="00593F49">
      <w:pPr>
        <w:ind w:left="1430" w:hanging="550"/>
        <w:jc w:val="both"/>
        <w:rPr>
          <w:lang w:eastAsia="zh-TW"/>
        </w:rPr>
      </w:pPr>
      <w:r>
        <w:rPr>
          <w:lang w:eastAsia="zh-TW"/>
        </w:rPr>
        <w:t>（二）報名表（附件1）：簽章後掃描或拍照上傳，並請同時上傳Word檔。</w:t>
      </w:r>
    </w:p>
    <w:p w14:paraId="1BAFC5B0" w14:textId="77777777" w:rsidR="006A0893" w:rsidRDefault="00593F49">
      <w:pPr>
        <w:ind w:left="1430" w:hanging="550"/>
        <w:jc w:val="both"/>
        <w:rPr>
          <w:lang w:eastAsia="zh-TW"/>
        </w:rPr>
      </w:pPr>
      <w:r>
        <w:rPr>
          <w:lang w:eastAsia="zh-TW"/>
        </w:rPr>
        <w:t>（三）國民身分證正反面。</w:t>
      </w:r>
    </w:p>
    <w:p w14:paraId="413FB533" w14:textId="77777777" w:rsidR="006A0893" w:rsidRDefault="00593F49">
      <w:pPr>
        <w:ind w:left="1430" w:hanging="550"/>
        <w:jc w:val="both"/>
        <w:rPr>
          <w:lang w:eastAsia="zh-TW"/>
        </w:rPr>
      </w:pPr>
      <w:r>
        <w:rPr>
          <w:lang w:eastAsia="zh-TW"/>
        </w:rPr>
        <w:t>（四）國文科合格教師證書正反面。教師證書發證日期已逾10年者，須再檢附相關任職經歷，以資佐證仍持續擔任教職未中斷，例如離職證明書、成績考核通知書或服務證明等任一種。</w:t>
      </w:r>
    </w:p>
    <w:p w14:paraId="44172B36" w14:textId="77777777" w:rsidR="006A0893" w:rsidRDefault="00593F49">
      <w:pPr>
        <w:ind w:left="1430" w:hanging="550"/>
        <w:jc w:val="both"/>
        <w:rPr>
          <w:lang w:eastAsia="zh-TW"/>
        </w:rPr>
      </w:pPr>
      <w:r>
        <w:rPr>
          <w:lang w:eastAsia="zh-TW"/>
        </w:rPr>
        <w:t>（五）大學以上學歷證件。持國外學歷證件者，其畢業學校應為教育部認可之國外大學院校，並應附中文翻譯本及駐外單位驗證之證明。</w:t>
      </w:r>
    </w:p>
    <w:p w14:paraId="47E18D9C" w14:textId="77777777" w:rsidR="006A0893" w:rsidRDefault="00593F49">
      <w:pPr>
        <w:ind w:left="1430" w:hanging="550"/>
        <w:jc w:val="both"/>
        <w:rPr>
          <w:lang w:eastAsia="zh-TW"/>
        </w:rPr>
      </w:pPr>
      <w:r>
        <w:rPr>
          <w:lang w:eastAsia="zh-TW"/>
        </w:rPr>
        <w:t>（六）身心障礙應考人請檢具有效身心障礙證明，如需特定服務措施，請於報名時告知受理人員。</w:t>
      </w:r>
    </w:p>
    <w:p w14:paraId="33026F17" w14:textId="77777777" w:rsidR="006A0893" w:rsidRDefault="00593F49">
      <w:pPr>
        <w:ind w:left="1430" w:hanging="550"/>
        <w:jc w:val="both"/>
        <w:rPr>
          <w:lang w:eastAsia="zh-TW"/>
        </w:rPr>
      </w:pPr>
      <w:r>
        <w:rPr>
          <w:lang w:eastAsia="zh-TW"/>
        </w:rPr>
        <w:t>（七）學分證明（無者免附），例如加科登記專門科目學分表。</w:t>
      </w:r>
    </w:p>
    <w:p w14:paraId="7F6CA1E3" w14:textId="77777777" w:rsidR="006A0893" w:rsidRDefault="00593F49">
      <w:pPr>
        <w:ind w:left="1430" w:hanging="550"/>
        <w:jc w:val="both"/>
        <w:rPr>
          <w:lang w:eastAsia="zh-TW"/>
        </w:rPr>
      </w:pPr>
      <w:r>
        <w:rPr>
          <w:lang w:eastAsia="zh-TW"/>
        </w:rPr>
        <w:t>（八）經歷證件。</w:t>
      </w:r>
    </w:p>
    <w:p w14:paraId="058B8E2F" w14:textId="77777777" w:rsidR="006A0893" w:rsidRDefault="00593F49">
      <w:pPr>
        <w:ind w:left="1430" w:hanging="550"/>
        <w:jc w:val="both"/>
        <w:rPr>
          <w:lang w:eastAsia="zh-TW"/>
        </w:rPr>
      </w:pPr>
      <w:r>
        <w:rPr>
          <w:lang w:eastAsia="zh-TW"/>
        </w:rPr>
        <w:t>（九）更改姓名、具原住民身分及大陸地區人民經許可來</w:t>
      </w:r>
      <w:proofErr w:type="gramStart"/>
      <w:r>
        <w:rPr>
          <w:lang w:eastAsia="zh-TW"/>
        </w:rPr>
        <w:t>臺</w:t>
      </w:r>
      <w:proofErr w:type="gramEnd"/>
      <w:r>
        <w:rPr>
          <w:lang w:eastAsia="zh-TW"/>
        </w:rPr>
        <w:t>設有戶籍者，請檢附新式戶口名簿或戶籍謄本查驗（無者免附）。</w:t>
      </w:r>
    </w:p>
    <w:p w14:paraId="55DA5958" w14:textId="77777777" w:rsidR="006A0893" w:rsidRDefault="00593F49">
      <w:pPr>
        <w:ind w:left="1430" w:hanging="550"/>
        <w:jc w:val="both"/>
        <w:rPr>
          <w:lang w:eastAsia="zh-TW"/>
        </w:rPr>
      </w:pPr>
      <w:r>
        <w:rPr>
          <w:lang w:eastAsia="zh-TW"/>
        </w:rPr>
        <w:t>（十）切結書（附件3）及具結書（附件4）：自行下載列印簽名後掃描或拍照上傳。</w:t>
      </w:r>
    </w:p>
    <w:p w14:paraId="34A26E9E" w14:textId="77777777" w:rsidR="006A0893" w:rsidRDefault="00593F49">
      <w:pPr>
        <w:ind w:left="1650" w:hanging="770"/>
        <w:jc w:val="both"/>
        <w:rPr>
          <w:lang w:eastAsia="zh-TW"/>
        </w:rPr>
      </w:pPr>
      <w:r>
        <w:rPr>
          <w:lang w:eastAsia="zh-TW"/>
        </w:rPr>
        <w:t>（十一）入場證（附件2）：請填寫後上傳；照片非必要，尊重考生意願。入場證於甄選當日報到時發放。</w:t>
      </w:r>
    </w:p>
    <w:p w14:paraId="567A8195" w14:textId="77777777" w:rsidR="006A0893" w:rsidRDefault="00593F49">
      <w:pPr>
        <w:pStyle w:val="1"/>
        <w:ind w:left="480" w:hanging="480"/>
        <w:jc w:val="both"/>
        <w:rPr>
          <w:lang w:eastAsia="zh-TW"/>
        </w:rPr>
      </w:pPr>
      <w:proofErr w:type="gramStart"/>
      <w:r>
        <w:rPr>
          <w:lang w:eastAsia="zh-TW"/>
        </w:rPr>
        <w:t>柒</w:t>
      </w:r>
      <w:proofErr w:type="gramEnd"/>
      <w:r>
        <w:rPr>
          <w:lang w:eastAsia="zh-TW"/>
        </w:rPr>
        <w:t>、甄選日期與地點</w:t>
      </w:r>
    </w:p>
    <w:p w14:paraId="34CA1755" w14:textId="1D0663C1" w:rsidR="006A0893" w:rsidRDefault="00593F49">
      <w:pPr>
        <w:ind w:left="880" w:hanging="440"/>
        <w:jc w:val="both"/>
        <w:rPr>
          <w:lang w:eastAsia="zh-TW"/>
        </w:rPr>
      </w:pPr>
      <w:r>
        <w:rPr>
          <w:lang w:eastAsia="zh-TW"/>
        </w:rPr>
        <w:t>一、日期：115年10月1</w:t>
      </w:r>
      <w:r w:rsidR="001B1976">
        <w:rPr>
          <w:rFonts w:hint="eastAsia"/>
          <w:lang w:eastAsia="zh-TW"/>
        </w:rPr>
        <w:t>5</w:t>
      </w:r>
      <w:r>
        <w:rPr>
          <w:lang w:eastAsia="zh-TW"/>
        </w:rPr>
        <w:t>日（星期</w:t>
      </w:r>
      <w:r w:rsidR="001B1976">
        <w:rPr>
          <w:rFonts w:hint="eastAsia"/>
          <w:lang w:eastAsia="zh-TW"/>
        </w:rPr>
        <w:t>四</w:t>
      </w:r>
      <w:r>
        <w:rPr>
          <w:lang w:eastAsia="zh-TW"/>
        </w:rPr>
        <w:t>）上午9時20分。</w:t>
      </w:r>
    </w:p>
    <w:p w14:paraId="4828665E" w14:textId="77777777" w:rsidR="006A0893" w:rsidRDefault="00593F49">
      <w:pPr>
        <w:ind w:left="880" w:hanging="440"/>
        <w:jc w:val="both"/>
        <w:rPr>
          <w:lang w:eastAsia="zh-TW"/>
        </w:rPr>
      </w:pPr>
      <w:r>
        <w:rPr>
          <w:lang w:eastAsia="zh-TW"/>
        </w:rPr>
        <w:t>二、報到及資格審查：當日上午8時至8時30分至本校人事室報到，逾時視同棄權；入場證於甄選當日發給。應試者請攜帶國民身分證及繳交證件正本供核對。</w:t>
      </w:r>
    </w:p>
    <w:p w14:paraId="50EBED21" w14:textId="77777777" w:rsidR="006A0893" w:rsidRDefault="00593F49">
      <w:pPr>
        <w:ind w:left="880" w:hanging="440"/>
        <w:jc w:val="both"/>
        <w:rPr>
          <w:lang w:eastAsia="zh-TW"/>
        </w:rPr>
      </w:pPr>
      <w:r>
        <w:rPr>
          <w:lang w:eastAsia="zh-TW"/>
        </w:rPr>
        <w:t>三、地點：以考試當天公告之地點為</w:t>
      </w:r>
      <w:proofErr w:type="gramStart"/>
      <w:r>
        <w:rPr>
          <w:lang w:eastAsia="zh-TW"/>
        </w:rPr>
        <w:t>準</w:t>
      </w:r>
      <w:proofErr w:type="gramEnd"/>
      <w:r>
        <w:rPr>
          <w:lang w:eastAsia="zh-TW"/>
        </w:rPr>
        <w:t>，請應考人密切注意應考注意事項（考前一天公告於本校網站）。</w:t>
      </w:r>
    </w:p>
    <w:p w14:paraId="47EDE86D" w14:textId="77777777" w:rsidR="006A0893" w:rsidRDefault="00593F49">
      <w:pPr>
        <w:pStyle w:val="1"/>
        <w:ind w:left="480" w:hanging="480"/>
        <w:jc w:val="both"/>
        <w:rPr>
          <w:lang w:eastAsia="zh-TW"/>
        </w:rPr>
      </w:pPr>
      <w:r>
        <w:rPr>
          <w:lang w:eastAsia="zh-TW"/>
        </w:rPr>
        <w:t>捌、甄選方式、比率及甄試範圍</w:t>
      </w:r>
    </w:p>
    <w:p w14:paraId="0CFA818E" w14:textId="77777777" w:rsidR="006A0893" w:rsidRDefault="00593F49">
      <w:pPr>
        <w:ind w:left="440"/>
        <w:jc w:val="both"/>
        <w:rPr>
          <w:lang w:eastAsia="zh-TW"/>
        </w:rPr>
      </w:pPr>
      <w:proofErr w:type="gramStart"/>
      <w:r>
        <w:rPr>
          <w:lang w:eastAsia="zh-TW"/>
        </w:rPr>
        <w:t>採</w:t>
      </w:r>
      <w:proofErr w:type="gramEnd"/>
      <w:r>
        <w:rPr>
          <w:lang w:eastAsia="zh-TW"/>
        </w:rPr>
        <w:t>一階段甄選，辦理試教及口試。</w:t>
      </w:r>
      <w:proofErr w:type="gramStart"/>
      <w:r>
        <w:rPr>
          <w:lang w:eastAsia="zh-TW"/>
        </w:rPr>
        <w:t>試教前20分鐘</w:t>
      </w:r>
      <w:proofErr w:type="gramEnd"/>
      <w:r>
        <w:rPr>
          <w:lang w:eastAsia="zh-TW"/>
        </w:rPr>
        <w:t>抽籤決定試教章節。</w:t>
      </w:r>
    </w:p>
    <w:tbl>
      <w:tblPr>
        <w:tblW w:w="0" w:type="auto"/>
        <w:jc w:val="center"/>
        <w:tblLayout w:type="fixed"/>
        <w:tblLook w:val="04A0" w:firstRow="1" w:lastRow="0" w:firstColumn="1" w:lastColumn="0" w:noHBand="0" w:noVBand="1"/>
      </w:tblPr>
      <w:tblGrid>
        <w:gridCol w:w="1134"/>
        <w:gridCol w:w="3969"/>
        <w:gridCol w:w="4139"/>
        <w:gridCol w:w="850"/>
      </w:tblGrid>
      <w:tr w:rsidR="006A0893" w14:paraId="1EB7DC47" w14:textId="77777777">
        <w:trPr>
          <w:cantSplit/>
          <w:tblHeader/>
          <w:jc w:val="center"/>
        </w:trPr>
        <w:tc>
          <w:tcPr>
            <w:tcW w:w="1134" w:type="dxa"/>
            <w:tcBorders>
              <w:top w:val="single" w:sz="4" w:space="0" w:color="000000"/>
              <w:left w:val="single" w:sz="4" w:space="0" w:color="000000"/>
              <w:bottom w:val="single" w:sz="4" w:space="0" w:color="000000"/>
              <w:right w:val="single" w:sz="4" w:space="0" w:color="000000"/>
            </w:tcBorders>
            <w:vAlign w:val="center"/>
          </w:tcPr>
          <w:p w14:paraId="0148E3E8" w14:textId="77777777" w:rsidR="006A0893" w:rsidRDefault="00593F49">
            <w:pPr>
              <w:spacing w:before="40" w:line="259" w:lineRule="auto"/>
              <w:jc w:val="center"/>
            </w:pPr>
            <w:proofErr w:type="spellStart"/>
            <w:r>
              <w:rPr>
                <w:b/>
                <w:sz w:val="21"/>
              </w:rPr>
              <w:t>科別</w:t>
            </w:r>
            <w:proofErr w:type="spellEnd"/>
          </w:p>
        </w:tc>
        <w:tc>
          <w:tcPr>
            <w:tcW w:w="3969" w:type="dxa"/>
            <w:tcBorders>
              <w:top w:val="single" w:sz="4" w:space="0" w:color="000000"/>
              <w:left w:val="single" w:sz="4" w:space="0" w:color="000000"/>
              <w:bottom w:val="single" w:sz="4" w:space="0" w:color="000000"/>
              <w:right w:val="single" w:sz="4" w:space="0" w:color="000000"/>
            </w:tcBorders>
            <w:vAlign w:val="center"/>
          </w:tcPr>
          <w:p w14:paraId="645BDB0D" w14:textId="77777777" w:rsidR="006A0893" w:rsidRDefault="00593F49">
            <w:pPr>
              <w:spacing w:before="40" w:line="259" w:lineRule="auto"/>
              <w:jc w:val="center"/>
            </w:pPr>
            <w:r>
              <w:rPr>
                <w:b/>
                <w:sz w:val="21"/>
              </w:rPr>
              <w:t>試教（60%）</w:t>
            </w:r>
          </w:p>
        </w:tc>
        <w:tc>
          <w:tcPr>
            <w:tcW w:w="4139" w:type="dxa"/>
            <w:tcBorders>
              <w:top w:val="single" w:sz="4" w:space="0" w:color="000000"/>
              <w:left w:val="single" w:sz="4" w:space="0" w:color="000000"/>
              <w:bottom w:val="single" w:sz="4" w:space="0" w:color="000000"/>
              <w:right w:val="single" w:sz="4" w:space="0" w:color="000000"/>
            </w:tcBorders>
            <w:vAlign w:val="center"/>
          </w:tcPr>
          <w:p w14:paraId="32EF5C2A" w14:textId="77777777" w:rsidR="006A0893" w:rsidRDefault="00593F49">
            <w:pPr>
              <w:spacing w:before="40" w:line="259" w:lineRule="auto"/>
              <w:jc w:val="center"/>
            </w:pPr>
            <w:r>
              <w:rPr>
                <w:b/>
                <w:sz w:val="21"/>
              </w:rPr>
              <w:t>口試（40%）</w:t>
            </w:r>
          </w:p>
        </w:tc>
        <w:tc>
          <w:tcPr>
            <w:tcW w:w="850" w:type="dxa"/>
            <w:tcBorders>
              <w:top w:val="single" w:sz="4" w:space="0" w:color="000000"/>
              <w:left w:val="single" w:sz="4" w:space="0" w:color="000000"/>
              <w:bottom w:val="single" w:sz="4" w:space="0" w:color="000000"/>
              <w:right w:val="single" w:sz="4" w:space="0" w:color="000000"/>
            </w:tcBorders>
            <w:vAlign w:val="center"/>
          </w:tcPr>
          <w:p w14:paraId="23AF7F6A" w14:textId="77777777" w:rsidR="006A0893" w:rsidRDefault="00593F49">
            <w:pPr>
              <w:spacing w:before="40" w:line="259" w:lineRule="auto"/>
              <w:jc w:val="center"/>
            </w:pPr>
            <w:proofErr w:type="spellStart"/>
            <w:r>
              <w:rPr>
                <w:b/>
                <w:sz w:val="21"/>
              </w:rPr>
              <w:t>總分</w:t>
            </w:r>
            <w:proofErr w:type="spellEnd"/>
          </w:p>
        </w:tc>
      </w:tr>
      <w:tr w:rsidR="006A0893" w14:paraId="24BB3F1C" w14:textId="77777777">
        <w:trPr>
          <w:cantSplit/>
          <w:jc w:val="center"/>
        </w:trPr>
        <w:tc>
          <w:tcPr>
            <w:tcW w:w="1134" w:type="dxa"/>
            <w:tcBorders>
              <w:top w:val="single" w:sz="4" w:space="0" w:color="000000"/>
              <w:left w:val="single" w:sz="4" w:space="0" w:color="000000"/>
              <w:bottom w:val="single" w:sz="4" w:space="0" w:color="000000"/>
              <w:right w:val="single" w:sz="4" w:space="0" w:color="000000"/>
            </w:tcBorders>
            <w:vAlign w:val="center"/>
          </w:tcPr>
          <w:p w14:paraId="0E8A504F" w14:textId="77777777" w:rsidR="006A0893" w:rsidRDefault="00593F49">
            <w:pPr>
              <w:spacing w:before="40" w:line="259" w:lineRule="auto"/>
              <w:jc w:val="center"/>
            </w:pPr>
            <w:proofErr w:type="spellStart"/>
            <w:r>
              <w:rPr>
                <w:sz w:val="21"/>
              </w:rPr>
              <w:t>國文科</w:t>
            </w:r>
            <w:proofErr w:type="spellEnd"/>
          </w:p>
        </w:tc>
        <w:tc>
          <w:tcPr>
            <w:tcW w:w="3969" w:type="dxa"/>
            <w:tcBorders>
              <w:top w:val="single" w:sz="4" w:space="0" w:color="000000"/>
              <w:left w:val="single" w:sz="4" w:space="0" w:color="000000"/>
              <w:bottom w:val="single" w:sz="4" w:space="0" w:color="000000"/>
              <w:right w:val="single" w:sz="4" w:space="0" w:color="000000"/>
            </w:tcBorders>
            <w:vAlign w:val="center"/>
          </w:tcPr>
          <w:p w14:paraId="6B37A93C" w14:textId="77777777" w:rsidR="006A0893" w:rsidRDefault="00593F49">
            <w:pPr>
              <w:spacing w:before="40" w:line="259" w:lineRule="auto"/>
              <w:jc w:val="both"/>
              <w:rPr>
                <w:lang w:eastAsia="zh-TW"/>
              </w:rPr>
            </w:pPr>
            <w:r>
              <w:rPr>
                <w:sz w:val="21"/>
                <w:lang w:eastAsia="zh-TW"/>
              </w:rPr>
              <w:t>1.教材：國文第1冊。</w:t>
            </w:r>
          </w:p>
          <w:p w14:paraId="05F4E1AF" w14:textId="77777777" w:rsidR="006A0893" w:rsidRDefault="00593F49">
            <w:pPr>
              <w:spacing w:before="40" w:line="259" w:lineRule="auto"/>
              <w:jc w:val="both"/>
              <w:rPr>
                <w:lang w:eastAsia="zh-TW"/>
              </w:rPr>
            </w:pPr>
            <w:r>
              <w:rPr>
                <w:sz w:val="21"/>
                <w:lang w:eastAsia="zh-TW"/>
              </w:rPr>
              <w:t>2.版本：翰林版。</w:t>
            </w:r>
          </w:p>
          <w:p w14:paraId="1E82B01F" w14:textId="77777777" w:rsidR="006A0893" w:rsidRDefault="00593F49">
            <w:pPr>
              <w:spacing w:before="40" w:line="259" w:lineRule="auto"/>
              <w:jc w:val="both"/>
              <w:rPr>
                <w:lang w:eastAsia="zh-TW"/>
              </w:rPr>
            </w:pPr>
            <w:r>
              <w:rPr>
                <w:sz w:val="21"/>
                <w:lang w:eastAsia="zh-TW"/>
              </w:rPr>
              <w:t>3.每人15分鐘，得視報名人數調整。</w:t>
            </w:r>
          </w:p>
          <w:p w14:paraId="16AB5BEC" w14:textId="77777777" w:rsidR="006A0893" w:rsidRDefault="00593F49">
            <w:pPr>
              <w:spacing w:before="40" w:line="259" w:lineRule="auto"/>
              <w:jc w:val="both"/>
              <w:rPr>
                <w:lang w:eastAsia="zh-TW"/>
              </w:rPr>
            </w:pPr>
            <w:r>
              <w:rPr>
                <w:sz w:val="21"/>
                <w:lang w:eastAsia="zh-TW"/>
              </w:rPr>
              <w:t>4.試教時請自行攜帶教具。</w:t>
            </w:r>
          </w:p>
        </w:tc>
        <w:tc>
          <w:tcPr>
            <w:tcW w:w="4139" w:type="dxa"/>
            <w:tcBorders>
              <w:top w:val="single" w:sz="4" w:space="0" w:color="000000"/>
              <w:left w:val="single" w:sz="4" w:space="0" w:color="000000"/>
              <w:bottom w:val="single" w:sz="4" w:space="0" w:color="000000"/>
              <w:right w:val="single" w:sz="4" w:space="0" w:color="000000"/>
            </w:tcBorders>
            <w:vAlign w:val="center"/>
          </w:tcPr>
          <w:p w14:paraId="51644806" w14:textId="77777777" w:rsidR="006A0893" w:rsidRDefault="00593F49">
            <w:pPr>
              <w:spacing w:before="40" w:line="259" w:lineRule="auto"/>
              <w:jc w:val="both"/>
              <w:rPr>
                <w:lang w:eastAsia="zh-TW"/>
              </w:rPr>
            </w:pPr>
            <w:r>
              <w:rPr>
                <w:sz w:val="21"/>
                <w:lang w:eastAsia="zh-TW"/>
              </w:rPr>
              <w:t>1.以教育理念、專業知能、表達能力、儀態等作綜合考評。</w:t>
            </w:r>
          </w:p>
          <w:p w14:paraId="46F22B39" w14:textId="77777777" w:rsidR="006A0893" w:rsidRDefault="00593F49">
            <w:pPr>
              <w:spacing w:before="40" w:line="259" w:lineRule="auto"/>
              <w:jc w:val="both"/>
              <w:rPr>
                <w:lang w:eastAsia="zh-TW"/>
              </w:rPr>
            </w:pPr>
            <w:r>
              <w:rPr>
                <w:sz w:val="21"/>
                <w:lang w:eastAsia="zh-TW"/>
              </w:rPr>
              <w:t>2.每人10分鐘，得視報名人數調整。</w:t>
            </w:r>
          </w:p>
        </w:tc>
        <w:tc>
          <w:tcPr>
            <w:tcW w:w="850" w:type="dxa"/>
            <w:tcBorders>
              <w:top w:val="single" w:sz="4" w:space="0" w:color="000000"/>
              <w:left w:val="single" w:sz="4" w:space="0" w:color="000000"/>
              <w:bottom w:val="single" w:sz="4" w:space="0" w:color="000000"/>
              <w:right w:val="single" w:sz="4" w:space="0" w:color="000000"/>
            </w:tcBorders>
            <w:vAlign w:val="center"/>
          </w:tcPr>
          <w:p w14:paraId="0F2BF74F" w14:textId="77777777" w:rsidR="006A0893" w:rsidRDefault="00593F49">
            <w:pPr>
              <w:spacing w:before="40" w:line="259" w:lineRule="auto"/>
              <w:jc w:val="center"/>
            </w:pPr>
            <w:r>
              <w:rPr>
                <w:sz w:val="21"/>
              </w:rPr>
              <w:t>100%</w:t>
            </w:r>
          </w:p>
        </w:tc>
      </w:tr>
    </w:tbl>
    <w:p w14:paraId="3E70CB7F" w14:textId="77777777" w:rsidR="006A0893" w:rsidRDefault="00593F49">
      <w:pPr>
        <w:ind w:left="220" w:hanging="220"/>
        <w:jc w:val="both"/>
        <w:rPr>
          <w:lang w:eastAsia="zh-TW"/>
        </w:rPr>
      </w:pPr>
      <w:r>
        <w:rPr>
          <w:lang w:eastAsia="zh-TW"/>
        </w:rPr>
        <w:t>※總成績相同者，以口試成績較高者優先錄取。</w:t>
      </w:r>
    </w:p>
    <w:p w14:paraId="53711647" w14:textId="77777777" w:rsidR="006A0893" w:rsidRDefault="00593F49">
      <w:pPr>
        <w:ind w:left="220" w:hanging="220"/>
        <w:jc w:val="both"/>
        <w:rPr>
          <w:lang w:eastAsia="zh-TW"/>
        </w:rPr>
      </w:pPr>
      <w:r>
        <w:rPr>
          <w:lang w:eastAsia="zh-TW"/>
        </w:rPr>
        <w:t>※總成績未達70分，不予錄取。</w:t>
      </w:r>
    </w:p>
    <w:p w14:paraId="34708333" w14:textId="77777777" w:rsidR="006A0893" w:rsidRDefault="00593F49">
      <w:pPr>
        <w:ind w:left="220" w:hanging="220"/>
        <w:jc w:val="both"/>
        <w:rPr>
          <w:lang w:eastAsia="zh-TW"/>
        </w:rPr>
      </w:pPr>
      <w:r>
        <w:rPr>
          <w:lang w:eastAsia="zh-TW"/>
        </w:rPr>
        <w:t>※如報名人數</w:t>
      </w:r>
      <w:proofErr w:type="gramStart"/>
      <w:r>
        <w:rPr>
          <w:lang w:eastAsia="zh-TW"/>
        </w:rPr>
        <w:t>眾多，</w:t>
      </w:r>
      <w:proofErr w:type="gramEnd"/>
      <w:r>
        <w:rPr>
          <w:lang w:eastAsia="zh-TW"/>
        </w:rPr>
        <w:t>視情況縮短試教、口試時間。</w:t>
      </w:r>
    </w:p>
    <w:p w14:paraId="083B9511" w14:textId="77777777" w:rsidR="006A0893" w:rsidRDefault="00593F49">
      <w:pPr>
        <w:rPr>
          <w:lang w:eastAsia="zh-TW"/>
        </w:rPr>
      </w:pPr>
      <w:r>
        <w:rPr>
          <w:lang w:eastAsia="zh-TW"/>
        </w:rPr>
        <w:br w:type="page"/>
      </w:r>
    </w:p>
    <w:p w14:paraId="70D25D0D" w14:textId="77777777" w:rsidR="006A0893" w:rsidRDefault="00593F49">
      <w:pPr>
        <w:pStyle w:val="1"/>
        <w:ind w:left="480" w:hanging="480"/>
        <w:jc w:val="both"/>
        <w:rPr>
          <w:lang w:eastAsia="zh-TW"/>
        </w:rPr>
      </w:pPr>
      <w:r>
        <w:rPr>
          <w:lang w:eastAsia="zh-TW"/>
        </w:rPr>
        <w:lastRenderedPageBreak/>
        <w:t>玖、錄取方式</w:t>
      </w:r>
    </w:p>
    <w:p w14:paraId="5148BE8C" w14:textId="77777777" w:rsidR="006A0893" w:rsidRDefault="00593F49">
      <w:pPr>
        <w:ind w:left="440"/>
        <w:jc w:val="both"/>
        <w:rPr>
          <w:lang w:eastAsia="zh-TW"/>
        </w:rPr>
      </w:pPr>
      <w:r>
        <w:rPr>
          <w:lang w:eastAsia="zh-TW"/>
        </w:rPr>
        <w:t>甄選完成後，就全部參加人員名單，提請本校教師評審委員會審查，按總成績高低順序，送請校長依本次甄選缺額核定錄取正、備取人員。科別之最低錄取標準</w:t>
      </w:r>
      <w:proofErr w:type="gramStart"/>
      <w:r>
        <w:rPr>
          <w:lang w:eastAsia="zh-TW"/>
        </w:rPr>
        <w:t>提經教評</w:t>
      </w:r>
      <w:proofErr w:type="gramEnd"/>
      <w:r>
        <w:rPr>
          <w:lang w:eastAsia="zh-TW"/>
        </w:rPr>
        <w:t>會決議，得</w:t>
      </w:r>
      <w:proofErr w:type="gramStart"/>
      <w:r>
        <w:rPr>
          <w:lang w:eastAsia="zh-TW"/>
        </w:rPr>
        <w:t>不</w:t>
      </w:r>
      <w:proofErr w:type="gramEnd"/>
      <w:r>
        <w:rPr>
          <w:lang w:eastAsia="zh-TW"/>
        </w:rPr>
        <w:t>足額錄取。</w:t>
      </w:r>
    </w:p>
    <w:p w14:paraId="6EC2E064" w14:textId="77777777" w:rsidR="006A0893" w:rsidRDefault="00593F49">
      <w:pPr>
        <w:pStyle w:val="1"/>
        <w:ind w:left="480" w:hanging="480"/>
        <w:jc w:val="both"/>
        <w:rPr>
          <w:lang w:eastAsia="zh-TW"/>
        </w:rPr>
      </w:pPr>
      <w:r>
        <w:rPr>
          <w:lang w:eastAsia="zh-TW"/>
        </w:rPr>
        <w:t>拾、成績通知方式</w:t>
      </w:r>
    </w:p>
    <w:p w14:paraId="45274CDF" w14:textId="77777777" w:rsidR="006A0893" w:rsidRDefault="00593F49">
      <w:pPr>
        <w:ind w:left="440"/>
        <w:jc w:val="both"/>
        <w:rPr>
          <w:lang w:eastAsia="zh-TW"/>
        </w:rPr>
      </w:pPr>
      <w:r>
        <w:rPr>
          <w:lang w:eastAsia="zh-TW"/>
        </w:rPr>
        <w:t>寄至應考人報名電子郵件信箱。</w:t>
      </w:r>
    </w:p>
    <w:p w14:paraId="0FBCDA43" w14:textId="77777777" w:rsidR="006A0893" w:rsidRDefault="00593F49">
      <w:pPr>
        <w:pStyle w:val="1"/>
        <w:ind w:left="720" w:hanging="720"/>
        <w:jc w:val="both"/>
        <w:rPr>
          <w:lang w:eastAsia="zh-TW"/>
        </w:rPr>
      </w:pPr>
      <w:r>
        <w:rPr>
          <w:lang w:eastAsia="zh-TW"/>
        </w:rPr>
        <w:t>拾壹、錄取公告</w:t>
      </w:r>
    </w:p>
    <w:p w14:paraId="5B0DE83F" w14:textId="77777777" w:rsidR="006A0893" w:rsidRDefault="00593F49">
      <w:pPr>
        <w:jc w:val="center"/>
        <w:rPr>
          <w:lang w:eastAsia="zh-TW"/>
        </w:rPr>
      </w:pPr>
      <w:r>
        <w:rPr>
          <w:b/>
          <w:lang w:eastAsia="zh-TW"/>
        </w:rPr>
        <w:t>國立北門高級中學115</w:t>
      </w:r>
      <w:proofErr w:type="gramStart"/>
      <w:r>
        <w:rPr>
          <w:b/>
          <w:lang w:eastAsia="zh-TW"/>
        </w:rPr>
        <w:t>學年度國文科</w:t>
      </w:r>
      <w:proofErr w:type="gramEnd"/>
      <w:r>
        <w:rPr>
          <w:b/>
          <w:lang w:eastAsia="zh-TW"/>
        </w:rPr>
        <w:t>代理教師甄選錄取作業日程表（第一梯次）</w:t>
      </w:r>
    </w:p>
    <w:tbl>
      <w:tblPr>
        <w:tblW w:w="0" w:type="auto"/>
        <w:jc w:val="center"/>
        <w:tblLayout w:type="fixed"/>
        <w:tblLook w:val="04A0" w:firstRow="1" w:lastRow="0" w:firstColumn="1" w:lastColumn="0" w:noHBand="0" w:noVBand="1"/>
      </w:tblPr>
      <w:tblGrid>
        <w:gridCol w:w="454"/>
        <w:gridCol w:w="454"/>
        <w:gridCol w:w="680"/>
        <w:gridCol w:w="4422"/>
        <w:gridCol w:w="907"/>
        <w:gridCol w:w="3175"/>
      </w:tblGrid>
      <w:tr w:rsidR="006A0893" w14:paraId="6369FF30" w14:textId="77777777">
        <w:trPr>
          <w:cantSplit/>
          <w:tblHeader/>
          <w:jc w:val="center"/>
        </w:trPr>
        <w:tc>
          <w:tcPr>
            <w:tcW w:w="454" w:type="dxa"/>
            <w:tcBorders>
              <w:top w:val="single" w:sz="4" w:space="0" w:color="000000"/>
              <w:left w:val="single" w:sz="4" w:space="0" w:color="000000"/>
              <w:bottom w:val="single" w:sz="4" w:space="0" w:color="000000"/>
              <w:right w:val="single" w:sz="4" w:space="0" w:color="000000"/>
            </w:tcBorders>
            <w:vAlign w:val="center"/>
          </w:tcPr>
          <w:p w14:paraId="3F93A3A9" w14:textId="77777777" w:rsidR="006A0893" w:rsidRDefault="00593F49">
            <w:pPr>
              <w:spacing w:before="40" w:line="259" w:lineRule="auto"/>
              <w:jc w:val="center"/>
            </w:pPr>
            <w:r>
              <w:rPr>
                <w:b/>
                <w:sz w:val="20"/>
              </w:rPr>
              <w:t>月</w:t>
            </w:r>
          </w:p>
        </w:tc>
        <w:tc>
          <w:tcPr>
            <w:tcW w:w="454" w:type="dxa"/>
            <w:tcBorders>
              <w:top w:val="single" w:sz="4" w:space="0" w:color="000000"/>
              <w:left w:val="single" w:sz="4" w:space="0" w:color="000000"/>
              <w:bottom w:val="single" w:sz="4" w:space="0" w:color="000000"/>
              <w:right w:val="single" w:sz="4" w:space="0" w:color="000000"/>
            </w:tcBorders>
            <w:vAlign w:val="center"/>
          </w:tcPr>
          <w:p w14:paraId="1DFA5E04" w14:textId="77777777" w:rsidR="006A0893" w:rsidRDefault="00593F49">
            <w:pPr>
              <w:spacing w:before="40" w:line="259" w:lineRule="auto"/>
              <w:jc w:val="center"/>
            </w:pPr>
            <w:r>
              <w:rPr>
                <w:b/>
                <w:sz w:val="20"/>
              </w:rPr>
              <w:t>日</w:t>
            </w:r>
          </w:p>
        </w:tc>
        <w:tc>
          <w:tcPr>
            <w:tcW w:w="680" w:type="dxa"/>
            <w:tcBorders>
              <w:top w:val="single" w:sz="4" w:space="0" w:color="000000"/>
              <w:left w:val="single" w:sz="4" w:space="0" w:color="000000"/>
              <w:bottom w:val="single" w:sz="4" w:space="0" w:color="000000"/>
              <w:right w:val="single" w:sz="4" w:space="0" w:color="000000"/>
            </w:tcBorders>
            <w:vAlign w:val="center"/>
          </w:tcPr>
          <w:p w14:paraId="28F58E34" w14:textId="77777777" w:rsidR="006A0893" w:rsidRDefault="00593F49">
            <w:pPr>
              <w:spacing w:before="40" w:line="259" w:lineRule="auto"/>
              <w:jc w:val="center"/>
            </w:pPr>
            <w:proofErr w:type="spellStart"/>
            <w:r>
              <w:rPr>
                <w:b/>
                <w:sz w:val="20"/>
              </w:rPr>
              <w:t>星期</w:t>
            </w:r>
            <w:proofErr w:type="spellEnd"/>
          </w:p>
        </w:tc>
        <w:tc>
          <w:tcPr>
            <w:tcW w:w="4422" w:type="dxa"/>
            <w:tcBorders>
              <w:top w:val="single" w:sz="4" w:space="0" w:color="000000"/>
              <w:left w:val="single" w:sz="4" w:space="0" w:color="000000"/>
              <w:bottom w:val="single" w:sz="4" w:space="0" w:color="000000"/>
              <w:right w:val="single" w:sz="4" w:space="0" w:color="000000"/>
            </w:tcBorders>
            <w:vAlign w:val="center"/>
          </w:tcPr>
          <w:p w14:paraId="6F5D370E" w14:textId="77777777" w:rsidR="006A0893" w:rsidRDefault="00593F49">
            <w:pPr>
              <w:spacing w:before="40" w:line="259" w:lineRule="auto"/>
              <w:jc w:val="center"/>
            </w:pPr>
            <w:proofErr w:type="spellStart"/>
            <w:r>
              <w:rPr>
                <w:b/>
                <w:sz w:val="20"/>
              </w:rPr>
              <w:t>工作內容</w:t>
            </w:r>
            <w:proofErr w:type="spellEnd"/>
          </w:p>
        </w:tc>
        <w:tc>
          <w:tcPr>
            <w:tcW w:w="907" w:type="dxa"/>
            <w:tcBorders>
              <w:top w:val="single" w:sz="4" w:space="0" w:color="000000"/>
              <w:left w:val="single" w:sz="4" w:space="0" w:color="000000"/>
              <w:bottom w:val="single" w:sz="4" w:space="0" w:color="000000"/>
              <w:right w:val="single" w:sz="4" w:space="0" w:color="000000"/>
            </w:tcBorders>
            <w:vAlign w:val="center"/>
          </w:tcPr>
          <w:p w14:paraId="66160FF1" w14:textId="77777777" w:rsidR="006A0893" w:rsidRDefault="00593F49">
            <w:pPr>
              <w:spacing w:before="40" w:line="259" w:lineRule="auto"/>
              <w:jc w:val="center"/>
            </w:pPr>
            <w:proofErr w:type="spellStart"/>
            <w:r>
              <w:rPr>
                <w:b/>
                <w:sz w:val="20"/>
              </w:rPr>
              <w:t>承辦</w:t>
            </w:r>
            <w:proofErr w:type="spellEnd"/>
            <w:r>
              <w:rPr>
                <w:b/>
                <w:sz w:val="20"/>
              </w:rPr>
              <w:br/>
            </w:r>
            <w:proofErr w:type="spellStart"/>
            <w:r>
              <w:rPr>
                <w:b/>
                <w:sz w:val="20"/>
              </w:rPr>
              <w:t>單位</w:t>
            </w:r>
            <w:proofErr w:type="spellEnd"/>
          </w:p>
        </w:tc>
        <w:tc>
          <w:tcPr>
            <w:tcW w:w="3175" w:type="dxa"/>
            <w:tcBorders>
              <w:top w:val="single" w:sz="4" w:space="0" w:color="000000"/>
              <w:left w:val="single" w:sz="4" w:space="0" w:color="000000"/>
              <w:bottom w:val="single" w:sz="4" w:space="0" w:color="000000"/>
              <w:right w:val="single" w:sz="4" w:space="0" w:color="000000"/>
            </w:tcBorders>
            <w:vAlign w:val="center"/>
          </w:tcPr>
          <w:p w14:paraId="776E7421" w14:textId="77777777" w:rsidR="006A0893" w:rsidRDefault="00593F49">
            <w:pPr>
              <w:spacing w:before="40" w:line="259" w:lineRule="auto"/>
              <w:jc w:val="center"/>
            </w:pPr>
            <w:proofErr w:type="spellStart"/>
            <w:r>
              <w:rPr>
                <w:b/>
                <w:sz w:val="20"/>
              </w:rPr>
              <w:t>備註</w:t>
            </w:r>
            <w:proofErr w:type="spellEnd"/>
          </w:p>
        </w:tc>
      </w:tr>
      <w:tr w:rsidR="006A0893" w14:paraId="3CC47DB7" w14:textId="77777777">
        <w:trPr>
          <w:cantSplit/>
          <w:jc w:val="center"/>
        </w:trPr>
        <w:tc>
          <w:tcPr>
            <w:tcW w:w="454" w:type="dxa"/>
            <w:tcBorders>
              <w:top w:val="single" w:sz="4" w:space="0" w:color="000000"/>
              <w:left w:val="single" w:sz="4" w:space="0" w:color="000000"/>
              <w:bottom w:val="single" w:sz="4" w:space="0" w:color="000000"/>
              <w:right w:val="single" w:sz="4" w:space="0" w:color="000000"/>
            </w:tcBorders>
            <w:vAlign w:val="center"/>
          </w:tcPr>
          <w:p w14:paraId="746FAF2C" w14:textId="77777777" w:rsidR="006A0893" w:rsidRDefault="00593F49">
            <w:pPr>
              <w:spacing w:before="40" w:line="259" w:lineRule="auto"/>
              <w:jc w:val="center"/>
            </w:pPr>
            <w:r>
              <w:rPr>
                <w:sz w:val="20"/>
              </w:rPr>
              <w:t>10</w:t>
            </w:r>
          </w:p>
        </w:tc>
        <w:tc>
          <w:tcPr>
            <w:tcW w:w="454" w:type="dxa"/>
            <w:tcBorders>
              <w:top w:val="single" w:sz="4" w:space="0" w:color="000000"/>
              <w:left w:val="single" w:sz="4" w:space="0" w:color="000000"/>
              <w:bottom w:val="single" w:sz="4" w:space="0" w:color="000000"/>
              <w:right w:val="single" w:sz="4" w:space="0" w:color="000000"/>
            </w:tcBorders>
            <w:vAlign w:val="center"/>
          </w:tcPr>
          <w:p w14:paraId="7BA029E9" w14:textId="015FFAE6" w:rsidR="006A0893" w:rsidRDefault="001B1976">
            <w:pPr>
              <w:spacing w:before="40" w:line="259" w:lineRule="auto"/>
              <w:jc w:val="center"/>
            </w:pPr>
            <w:r>
              <w:rPr>
                <w:rFonts w:hint="eastAsia"/>
                <w:lang w:eastAsia="zh-TW"/>
              </w:rPr>
              <w:t>15</w:t>
            </w:r>
          </w:p>
        </w:tc>
        <w:tc>
          <w:tcPr>
            <w:tcW w:w="680" w:type="dxa"/>
            <w:tcBorders>
              <w:top w:val="single" w:sz="4" w:space="0" w:color="000000"/>
              <w:left w:val="single" w:sz="4" w:space="0" w:color="000000"/>
              <w:bottom w:val="single" w:sz="4" w:space="0" w:color="000000"/>
              <w:right w:val="single" w:sz="4" w:space="0" w:color="000000"/>
            </w:tcBorders>
            <w:vAlign w:val="center"/>
          </w:tcPr>
          <w:p w14:paraId="4A74C475" w14:textId="1B7056A8" w:rsidR="006A0893" w:rsidRDefault="001B1976">
            <w:pPr>
              <w:spacing w:before="40" w:line="259" w:lineRule="auto"/>
              <w:jc w:val="center"/>
            </w:pPr>
            <w:r>
              <w:rPr>
                <w:rFonts w:hint="eastAsia"/>
                <w:lang w:eastAsia="zh-TW"/>
              </w:rPr>
              <w:t>四</w:t>
            </w:r>
          </w:p>
        </w:tc>
        <w:tc>
          <w:tcPr>
            <w:tcW w:w="4422" w:type="dxa"/>
            <w:tcBorders>
              <w:top w:val="single" w:sz="4" w:space="0" w:color="000000"/>
              <w:left w:val="single" w:sz="4" w:space="0" w:color="000000"/>
              <w:bottom w:val="single" w:sz="4" w:space="0" w:color="000000"/>
              <w:right w:val="single" w:sz="4" w:space="0" w:color="000000"/>
            </w:tcBorders>
            <w:vAlign w:val="center"/>
          </w:tcPr>
          <w:p w14:paraId="7CA19D3C" w14:textId="77777777" w:rsidR="006A0893" w:rsidRDefault="00593F49" w:rsidP="001B1976">
            <w:pPr>
              <w:spacing w:before="40" w:line="259" w:lineRule="auto"/>
              <w:jc w:val="center"/>
            </w:pPr>
            <w:r>
              <w:rPr>
                <w:sz w:val="20"/>
              </w:rPr>
              <w:t>08:00－08:30報到、驗證資格</w:t>
            </w:r>
          </w:p>
        </w:tc>
        <w:tc>
          <w:tcPr>
            <w:tcW w:w="907" w:type="dxa"/>
            <w:tcBorders>
              <w:top w:val="single" w:sz="4" w:space="0" w:color="000000"/>
              <w:left w:val="single" w:sz="4" w:space="0" w:color="000000"/>
              <w:bottom w:val="single" w:sz="4" w:space="0" w:color="000000"/>
              <w:right w:val="single" w:sz="4" w:space="0" w:color="000000"/>
            </w:tcBorders>
            <w:vAlign w:val="center"/>
          </w:tcPr>
          <w:p w14:paraId="5F19F3BE" w14:textId="77777777" w:rsidR="006A0893" w:rsidRDefault="00593F49">
            <w:pPr>
              <w:spacing w:before="40" w:line="259" w:lineRule="auto"/>
              <w:jc w:val="center"/>
            </w:pPr>
            <w:proofErr w:type="spellStart"/>
            <w:r>
              <w:rPr>
                <w:sz w:val="20"/>
              </w:rPr>
              <w:t>人事室</w:t>
            </w:r>
            <w:proofErr w:type="spellEnd"/>
          </w:p>
        </w:tc>
        <w:tc>
          <w:tcPr>
            <w:tcW w:w="3175" w:type="dxa"/>
            <w:tcBorders>
              <w:top w:val="single" w:sz="4" w:space="0" w:color="000000"/>
              <w:left w:val="single" w:sz="4" w:space="0" w:color="000000"/>
              <w:bottom w:val="single" w:sz="4" w:space="0" w:color="000000"/>
              <w:right w:val="single" w:sz="4" w:space="0" w:color="000000"/>
            </w:tcBorders>
            <w:vAlign w:val="center"/>
          </w:tcPr>
          <w:p w14:paraId="01A89E10" w14:textId="77777777" w:rsidR="006A0893" w:rsidRDefault="006A0893">
            <w:pPr>
              <w:spacing w:before="40" w:line="259" w:lineRule="auto"/>
              <w:jc w:val="center"/>
            </w:pPr>
          </w:p>
        </w:tc>
      </w:tr>
      <w:tr w:rsidR="006A0893" w14:paraId="152B41C8" w14:textId="77777777">
        <w:trPr>
          <w:cantSplit/>
          <w:jc w:val="center"/>
        </w:trPr>
        <w:tc>
          <w:tcPr>
            <w:tcW w:w="454" w:type="dxa"/>
            <w:tcBorders>
              <w:top w:val="single" w:sz="4" w:space="0" w:color="000000"/>
              <w:left w:val="single" w:sz="4" w:space="0" w:color="000000"/>
              <w:bottom w:val="single" w:sz="4" w:space="0" w:color="000000"/>
              <w:right w:val="single" w:sz="4" w:space="0" w:color="000000"/>
            </w:tcBorders>
            <w:vAlign w:val="center"/>
          </w:tcPr>
          <w:p w14:paraId="5917AE45" w14:textId="77777777" w:rsidR="006A0893" w:rsidRDefault="00593F49">
            <w:pPr>
              <w:spacing w:before="40" w:line="259" w:lineRule="auto"/>
              <w:jc w:val="center"/>
            </w:pPr>
            <w:r>
              <w:rPr>
                <w:sz w:val="20"/>
              </w:rPr>
              <w:t>10</w:t>
            </w:r>
          </w:p>
        </w:tc>
        <w:tc>
          <w:tcPr>
            <w:tcW w:w="454" w:type="dxa"/>
            <w:tcBorders>
              <w:top w:val="single" w:sz="4" w:space="0" w:color="000000"/>
              <w:left w:val="single" w:sz="4" w:space="0" w:color="000000"/>
              <w:bottom w:val="single" w:sz="4" w:space="0" w:color="000000"/>
              <w:right w:val="single" w:sz="4" w:space="0" w:color="000000"/>
            </w:tcBorders>
            <w:vAlign w:val="center"/>
          </w:tcPr>
          <w:p w14:paraId="7C857BBB" w14:textId="2ECD72A9" w:rsidR="006A0893" w:rsidRDefault="001B1976">
            <w:pPr>
              <w:spacing w:before="40" w:line="259" w:lineRule="auto"/>
              <w:jc w:val="center"/>
            </w:pPr>
            <w:r>
              <w:rPr>
                <w:rFonts w:hint="eastAsia"/>
                <w:lang w:eastAsia="zh-TW"/>
              </w:rPr>
              <w:t>15</w:t>
            </w:r>
          </w:p>
        </w:tc>
        <w:tc>
          <w:tcPr>
            <w:tcW w:w="680" w:type="dxa"/>
            <w:tcBorders>
              <w:top w:val="single" w:sz="4" w:space="0" w:color="000000"/>
              <w:left w:val="single" w:sz="4" w:space="0" w:color="000000"/>
              <w:bottom w:val="single" w:sz="4" w:space="0" w:color="000000"/>
              <w:right w:val="single" w:sz="4" w:space="0" w:color="000000"/>
            </w:tcBorders>
            <w:vAlign w:val="center"/>
          </w:tcPr>
          <w:p w14:paraId="27E8C001" w14:textId="1398EAA3" w:rsidR="006A0893" w:rsidRDefault="001B1976">
            <w:pPr>
              <w:spacing w:before="40" w:line="259" w:lineRule="auto"/>
              <w:jc w:val="center"/>
            </w:pPr>
            <w:r>
              <w:rPr>
                <w:rFonts w:hint="eastAsia"/>
                <w:lang w:eastAsia="zh-TW"/>
              </w:rPr>
              <w:t>四</w:t>
            </w:r>
          </w:p>
        </w:tc>
        <w:tc>
          <w:tcPr>
            <w:tcW w:w="4422" w:type="dxa"/>
            <w:tcBorders>
              <w:top w:val="single" w:sz="4" w:space="0" w:color="000000"/>
              <w:left w:val="single" w:sz="4" w:space="0" w:color="000000"/>
              <w:bottom w:val="single" w:sz="4" w:space="0" w:color="000000"/>
              <w:right w:val="single" w:sz="4" w:space="0" w:color="000000"/>
            </w:tcBorders>
            <w:vAlign w:val="center"/>
          </w:tcPr>
          <w:p w14:paraId="271A9EA3" w14:textId="77777777" w:rsidR="006A0893" w:rsidRDefault="00593F49" w:rsidP="001B1976">
            <w:pPr>
              <w:spacing w:before="40" w:line="259" w:lineRule="auto"/>
              <w:jc w:val="center"/>
            </w:pPr>
            <w:r>
              <w:rPr>
                <w:sz w:val="20"/>
              </w:rPr>
              <w:t>09:20甄選</w:t>
            </w:r>
          </w:p>
        </w:tc>
        <w:tc>
          <w:tcPr>
            <w:tcW w:w="907" w:type="dxa"/>
            <w:tcBorders>
              <w:top w:val="single" w:sz="4" w:space="0" w:color="000000"/>
              <w:left w:val="single" w:sz="4" w:space="0" w:color="000000"/>
              <w:bottom w:val="single" w:sz="4" w:space="0" w:color="000000"/>
              <w:right w:val="single" w:sz="4" w:space="0" w:color="000000"/>
            </w:tcBorders>
            <w:vAlign w:val="center"/>
          </w:tcPr>
          <w:p w14:paraId="43449680" w14:textId="77777777" w:rsidR="006A0893" w:rsidRDefault="00593F49">
            <w:pPr>
              <w:spacing w:before="40" w:line="259" w:lineRule="auto"/>
              <w:jc w:val="center"/>
            </w:pPr>
            <w:proofErr w:type="spellStart"/>
            <w:r>
              <w:rPr>
                <w:sz w:val="20"/>
              </w:rPr>
              <w:t>教務處</w:t>
            </w:r>
            <w:proofErr w:type="spellEnd"/>
          </w:p>
        </w:tc>
        <w:tc>
          <w:tcPr>
            <w:tcW w:w="3175" w:type="dxa"/>
            <w:tcBorders>
              <w:top w:val="single" w:sz="4" w:space="0" w:color="000000"/>
              <w:left w:val="single" w:sz="4" w:space="0" w:color="000000"/>
              <w:bottom w:val="single" w:sz="4" w:space="0" w:color="000000"/>
              <w:right w:val="single" w:sz="4" w:space="0" w:color="000000"/>
            </w:tcBorders>
            <w:vAlign w:val="center"/>
          </w:tcPr>
          <w:p w14:paraId="394E8AB0" w14:textId="77777777" w:rsidR="006A0893" w:rsidRDefault="006A0893">
            <w:pPr>
              <w:spacing w:before="40" w:line="259" w:lineRule="auto"/>
              <w:jc w:val="center"/>
            </w:pPr>
          </w:p>
        </w:tc>
      </w:tr>
      <w:tr w:rsidR="006A0893" w14:paraId="7C11B969" w14:textId="77777777">
        <w:trPr>
          <w:cantSplit/>
          <w:jc w:val="center"/>
        </w:trPr>
        <w:tc>
          <w:tcPr>
            <w:tcW w:w="454" w:type="dxa"/>
            <w:tcBorders>
              <w:top w:val="single" w:sz="4" w:space="0" w:color="000000"/>
              <w:left w:val="single" w:sz="4" w:space="0" w:color="000000"/>
              <w:bottom w:val="single" w:sz="4" w:space="0" w:color="000000"/>
              <w:right w:val="single" w:sz="4" w:space="0" w:color="000000"/>
            </w:tcBorders>
            <w:vAlign w:val="center"/>
          </w:tcPr>
          <w:p w14:paraId="37873FD7" w14:textId="77777777" w:rsidR="006A0893" w:rsidRDefault="00593F49">
            <w:pPr>
              <w:spacing w:before="40" w:line="259" w:lineRule="auto"/>
              <w:jc w:val="center"/>
            </w:pPr>
            <w:r>
              <w:rPr>
                <w:sz w:val="20"/>
              </w:rPr>
              <w:t>10</w:t>
            </w:r>
          </w:p>
        </w:tc>
        <w:tc>
          <w:tcPr>
            <w:tcW w:w="454" w:type="dxa"/>
            <w:tcBorders>
              <w:top w:val="single" w:sz="4" w:space="0" w:color="000000"/>
              <w:left w:val="single" w:sz="4" w:space="0" w:color="000000"/>
              <w:bottom w:val="single" w:sz="4" w:space="0" w:color="000000"/>
              <w:right w:val="single" w:sz="4" w:space="0" w:color="000000"/>
            </w:tcBorders>
            <w:vAlign w:val="center"/>
          </w:tcPr>
          <w:p w14:paraId="5AA8FF0F" w14:textId="1AB47A9D" w:rsidR="006A0893" w:rsidRDefault="001B1976">
            <w:pPr>
              <w:spacing w:before="40" w:line="259" w:lineRule="auto"/>
              <w:jc w:val="center"/>
            </w:pPr>
            <w:r>
              <w:rPr>
                <w:rFonts w:hint="eastAsia"/>
                <w:lang w:eastAsia="zh-TW"/>
              </w:rPr>
              <w:t>15</w:t>
            </w:r>
          </w:p>
        </w:tc>
        <w:tc>
          <w:tcPr>
            <w:tcW w:w="680" w:type="dxa"/>
            <w:tcBorders>
              <w:top w:val="single" w:sz="4" w:space="0" w:color="000000"/>
              <w:left w:val="single" w:sz="4" w:space="0" w:color="000000"/>
              <w:bottom w:val="single" w:sz="4" w:space="0" w:color="000000"/>
              <w:right w:val="single" w:sz="4" w:space="0" w:color="000000"/>
            </w:tcBorders>
            <w:vAlign w:val="center"/>
          </w:tcPr>
          <w:p w14:paraId="204DC821" w14:textId="6C6E338C" w:rsidR="006A0893" w:rsidRDefault="001B1976">
            <w:pPr>
              <w:spacing w:before="40" w:line="259" w:lineRule="auto"/>
              <w:jc w:val="center"/>
            </w:pPr>
            <w:r>
              <w:rPr>
                <w:rFonts w:hint="eastAsia"/>
                <w:lang w:eastAsia="zh-TW"/>
              </w:rPr>
              <w:t>四</w:t>
            </w:r>
          </w:p>
        </w:tc>
        <w:tc>
          <w:tcPr>
            <w:tcW w:w="4422" w:type="dxa"/>
            <w:tcBorders>
              <w:top w:val="single" w:sz="4" w:space="0" w:color="000000"/>
              <w:left w:val="single" w:sz="4" w:space="0" w:color="000000"/>
              <w:bottom w:val="single" w:sz="4" w:space="0" w:color="000000"/>
              <w:right w:val="single" w:sz="4" w:space="0" w:color="000000"/>
            </w:tcBorders>
            <w:vAlign w:val="center"/>
          </w:tcPr>
          <w:p w14:paraId="6303601F" w14:textId="77777777" w:rsidR="006A0893" w:rsidRDefault="00593F49" w:rsidP="001B1976">
            <w:pPr>
              <w:spacing w:before="40" w:line="259" w:lineRule="auto"/>
              <w:jc w:val="center"/>
            </w:pPr>
            <w:r>
              <w:rPr>
                <w:sz w:val="20"/>
              </w:rPr>
              <w:t>15:00前公告甄試成績</w:t>
            </w:r>
          </w:p>
        </w:tc>
        <w:tc>
          <w:tcPr>
            <w:tcW w:w="907" w:type="dxa"/>
            <w:tcBorders>
              <w:top w:val="single" w:sz="4" w:space="0" w:color="000000"/>
              <w:left w:val="single" w:sz="4" w:space="0" w:color="000000"/>
              <w:bottom w:val="single" w:sz="4" w:space="0" w:color="000000"/>
              <w:right w:val="single" w:sz="4" w:space="0" w:color="000000"/>
            </w:tcBorders>
            <w:vAlign w:val="center"/>
          </w:tcPr>
          <w:p w14:paraId="138B5FB4" w14:textId="77777777" w:rsidR="006A0893" w:rsidRDefault="00593F49">
            <w:pPr>
              <w:spacing w:before="40" w:line="259" w:lineRule="auto"/>
              <w:jc w:val="center"/>
            </w:pPr>
            <w:proofErr w:type="spellStart"/>
            <w:r>
              <w:rPr>
                <w:sz w:val="20"/>
              </w:rPr>
              <w:t>人事室</w:t>
            </w:r>
            <w:proofErr w:type="spellEnd"/>
          </w:p>
        </w:tc>
        <w:tc>
          <w:tcPr>
            <w:tcW w:w="3175" w:type="dxa"/>
            <w:tcBorders>
              <w:top w:val="single" w:sz="4" w:space="0" w:color="000000"/>
              <w:left w:val="single" w:sz="4" w:space="0" w:color="000000"/>
              <w:bottom w:val="single" w:sz="4" w:space="0" w:color="000000"/>
              <w:right w:val="single" w:sz="4" w:space="0" w:color="000000"/>
            </w:tcBorders>
            <w:vAlign w:val="center"/>
          </w:tcPr>
          <w:p w14:paraId="64E33915" w14:textId="77777777" w:rsidR="006A0893" w:rsidRDefault="00593F49">
            <w:pPr>
              <w:spacing w:before="40" w:line="259" w:lineRule="auto"/>
              <w:jc w:val="center"/>
              <w:rPr>
                <w:lang w:eastAsia="zh-TW"/>
              </w:rPr>
            </w:pPr>
            <w:r>
              <w:rPr>
                <w:sz w:val="20"/>
                <w:lang w:eastAsia="zh-TW"/>
              </w:rPr>
              <w:t>寄至報名電子郵件信箱</w:t>
            </w:r>
          </w:p>
        </w:tc>
      </w:tr>
      <w:tr w:rsidR="006A0893" w14:paraId="4C1F982D" w14:textId="77777777">
        <w:trPr>
          <w:cantSplit/>
          <w:jc w:val="center"/>
        </w:trPr>
        <w:tc>
          <w:tcPr>
            <w:tcW w:w="454" w:type="dxa"/>
            <w:tcBorders>
              <w:top w:val="single" w:sz="4" w:space="0" w:color="000000"/>
              <w:left w:val="single" w:sz="4" w:space="0" w:color="000000"/>
              <w:bottom w:val="single" w:sz="4" w:space="0" w:color="000000"/>
              <w:right w:val="single" w:sz="4" w:space="0" w:color="000000"/>
            </w:tcBorders>
            <w:vAlign w:val="center"/>
          </w:tcPr>
          <w:p w14:paraId="4F02E8BB" w14:textId="77777777" w:rsidR="006A0893" w:rsidRDefault="00593F49">
            <w:pPr>
              <w:spacing w:before="40" w:line="259" w:lineRule="auto"/>
              <w:jc w:val="center"/>
            </w:pPr>
            <w:r>
              <w:rPr>
                <w:sz w:val="20"/>
              </w:rPr>
              <w:t>10</w:t>
            </w:r>
          </w:p>
        </w:tc>
        <w:tc>
          <w:tcPr>
            <w:tcW w:w="454" w:type="dxa"/>
            <w:tcBorders>
              <w:top w:val="single" w:sz="4" w:space="0" w:color="000000"/>
              <w:left w:val="single" w:sz="4" w:space="0" w:color="000000"/>
              <w:bottom w:val="single" w:sz="4" w:space="0" w:color="000000"/>
              <w:right w:val="single" w:sz="4" w:space="0" w:color="000000"/>
            </w:tcBorders>
            <w:vAlign w:val="center"/>
          </w:tcPr>
          <w:p w14:paraId="3DA723E0" w14:textId="18D09BE0" w:rsidR="006A0893" w:rsidRDefault="001B1976">
            <w:pPr>
              <w:spacing w:before="40" w:line="259" w:lineRule="auto"/>
              <w:jc w:val="center"/>
            </w:pPr>
            <w:r>
              <w:rPr>
                <w:rFonts w:hint="eastAsia"/>
                <w:lang w:eastAsia="zh-TW"/>
              </w:rPr>
              <w:t>15</w:t>
            </w:r>
          </w:p>
        </w:tc>
        <w:tc>
          <w:tcPr>
            <w:tcW w:w="680" w:type="dxa"/>
            <w:tcBorders>
              <w:top w:val="single" w:sz="4" w:space="0" w:color="000000"/>
              <w:left w:val="single" w:sz="4" w:space="0" w:color="000000"/>
              <w:bottom w:val="single" w:sz="4" w:space="0" w:color="000000"/>
              <w:right w:val="single" w:sz="4" w:space="0" w:color="000000"/>
            </w:tcBorders>
            <w:vAlign w:val="center"/>
          </w:tcPr>
          <w:p w14:paraId="50182F53" w14:textId="5ABC74DF" w:rsidR="006A0893" w:rsidRDefault="001B1976">
            <w:pPr>
              <w:spacing w:before="40" w:line="259" w:lineRule="auto"/>
              <w:jc w:val="center"/>
            </w:pPr>
            <w:r>
              <w:rPr>
                <w:rFonts w:hint="eastAsia"/>
                <w:lang w:eastAsia="zh-TW"/>
              </w:rPr>
              <w:t>四</w:t>
            </w:r>
          </w:p>
        </w:tc>
        <w:tc>
          <w:tcPr>
            <w:tcW w:w="4422" w:type="dxa"/>
            <w:tcBorders>
              <w:top w:val="single" w:sz="4" w:space="0" w:color="000000"/>
              <w:left w:val="single" w:sz="4" w:space="0" w:color="000000"/>
              <w:bottom w:val="single" w:sz="4" w:space="0" w:color="000000"/>
              <w:right w:val="single" w:sz="4" w:space="0" w:color="000000"/>
            </w:tcBorders>
            <w:vAlign w:val="center"/>
          </w:tcPr>
          <w:p w14:paraId="4ADC7305" w14:textId="77777777" w:rsidR="006A0893" w:rsidRDefault="00593F49" w:rsidP="001B1976">
            <w:pPr>
              <w:spacing w:before="40" w:line="259" w:lineRule="auto"/>
              <w:jc w:val="center"/>
            </w:pPr>
            <w:r>
              <w:rPr>
                <w:sz w:val="20"/>
              </w:rPr>
              <w:t>15:00－17:00受理成績複查</w:t>
            </w:r>
          </w:p>
        </w:tc>
        <w:tc>
          <w:tcPr>
            <w:tcW w:w="907" w:type="dxa"/>
            <w:tcBorders>
              <w:top w:val="single" w:sz="4" w:space="0" w:color="000000"/>
              <w:left w:val="single" w:sz="4" w:space="0" w:color="000000"/>
              <w:bottom w:val="single" w:sz="4" w:space="0" w:color="000000"/>
              <w:right w:val="single" w:sz="4" w:space="0" w:color="000000"/>
            </w:tcBorders>
            <w:vAlign w:val="center"/>
          </w:tcPr>
          <w:p w14:paraId="063567ED" w14:textId="77777777" w:rsidR="006A0893" w:rsidRDefault="00593F49">
            <w:pPr>
              <w:spacing w:before="40" w:line="259" w:lineRule="auto"/>
              <w:jc w:val="center"/>
            </w:pPr>
            <w:proofErr w:type="spellStart"/>
            <w:r>
              <w:rPr>
                <w:sz w:val="20"/>
              </w:rPr>
              <w:t>教務處</w:t>
            </w:r>
            <w:proofErr w:type="spellEnd"/>
          </w:p>
        </w:tc>
        <w:tc>
          <w:tcPr>
            <w:tcW w:w="3175" w:type="dxa"/>
            <w:tcBorders>
              <w:top w:val="single" w:sz="4" w:space="0" w:color="000000"/>
              <w:left w:val="single" w:sz="4" w:space="0" w:color="000000"/>
              <w:bottom w:val="single" w:sz="4" w:space="0" w:color="000000"/>
              <w:right w:val="single" w:sz="4" w:space="0" w:color="000000"/>
            </w:tcBorders>
            <w:vAlign w:val="center"/>
          </w:tcPr>
          <w:p w14:paraId="49E0B228" w14:textId="77777777" w:rsidR="006A0893" w:rsidRDefault="006A0893">
            <w:pPr>
              <w:spacing w:before="40" w:line="259" w:lineRule="auto"/>
              <w:jc w:val="center"/>
            </w:pPr>
          </w:p>
        </w:tc>
      </w:tr>
      <w:tr w:rsidR="006A0893" w14:paraId="0B12C0D4" w14:textId="77777777">
        <w:trPr>
          <w:cantSplit/>
          <w:jc w:val="center"/>
        </w:trPr>
        <w:tc>
          <w:tcPr>
            <w:tcW w:w="454" w:type="dxa"/>
            <w:tcBorders>
              <w:top w:val="single" w:sz="4" w:space="0" w:color="000000"/>
              <w:left w:val="single" w:sz="4" w:space="0" w:color="000000"/>
              <w:bottom w:val="single" w:sz="4" w:space="0" w:color="000000"/>
              <w:right w:val="single" w:sz="4" w:space="0" w:color="000000"/>
            </w:tcBorders>
            <w:vAlign w:val="center"/>
          </w:tcPr>
          <w:p w14:paraId="731DC28C" w14:textId="77777777" w:rsidR="006A0893" w:rsidRDefault="00593F49">
            <w:pPr>
              <w:spacing w:before="40" w:line="259" w:lineRule="auto"/>
              <w:jc w:val="center"/>
            </w:pPr>
            <w:r>
              <w:rPr>
                <w:sz w:val="20"/>
              </w:rPr>
              <w:t>10</w:t>
            </w:r>
          </w:p>
        </w:tc>
        <w:tc>
          <w:tcPr>
            <w:tcW w:w="454" w:type="dxa"/>
            <w:tcBorders>
              <w:top w:val="single" w:sz="4" w:space="0" w:color="000000"/>
              <w:left w:val="single" w:sz="4" w:space="0" w:color="000000"/>
              <w:bottom w:val="single" w:sz="4" w:space="0" w:color="000000"/>
              <w:right w:val="single" w:sz="4" w:space="0" w:color="000000"/>
            </w:tcBorders>
            <w:vAlign w:val="center"/>
          </w:tcPr>
          <w:p w14:paraId="57BD6AA5" w14:textId="15F894C1" w:rsidR="006A0893" w:rsidRDefault="001B1976">
            <w:pPr>
              <w:spacing w:before="40" w:line="259" w:lineRule="auto"/>
              <w:jc w:val="center"/>
            </w:pPr>
            <w:r>
              <w:rPr>
                <w:rFonts w:hint="eastAsia"/>
                <w:lang w:eastAsia="zh-TW"/>
              </w:rPr>
              <w:t>15</w:t>
            </w:r>
          </w:p>
        </w:tc>
        <w:tc>
          <w:tcPr>
            <w:tcW w:w="680" w:type="dxa"/>
            <w:tcBorders>
              <w:top w:val="single" w:sz="4" w:space="0" w:color="000000"/>
              <w:left w:val="single" w:sz="4" w:space="0" w:color="000000"/>
              <w:bottom w:val="single" w:sz="4" w:space="0" w:color="000000"/>
              <w:right w:val="single" w:sz="4" w:space="0" w:color="000000"/>
            </w:tcBorders>
            <w:vAlign w:val="center"/>
          </w:tcPr>
          <w:p w14:paraId="18B12A77" w14:textId="0ADC8853" w:rsidR="006A0893" w:rsidRDefault="001B1976">
            <w:pPr>
              <w:spacing w:before="40" w:line="259" w:lineRule="auto"/>
              <w:jc w:val="center"/>
            </w:pPr>
            <w:r>
              <w:rPr>
                <w:rFonts w:hint="eastAsia"/>
                <w:lang w:eastAsia="zh-TW"/>
              </w:rPr>
              <w:t>四</w:t>
            </w:r>
          </w:p>
        </w:tc>
        <w:tc>
          <w:tcPr>
            <w:tcW w:w="4422" w:type="dxa"/>
            <w:tcBorders>
              <w:top w:val="single" w:sz="4" w:space="0" w:color="000000"/>
              <w:left w:val="single" w:sz="4" w:space="0" w:color="000000"/>
              <w:bottom w:val="single" w:sz="4" w:space="0" w:color="000000"/>
              <w:right w:val="single" w:sz="4" w:space="0" w:color="000000"/>
            </w:tcBorders>
            <w:vAlign w:val="center"/>
          </w:tcPr>
          <w:p w14:paraId="5FB6C7A2" w14:textId="77777777" w:rsidR="006A0893" w:rsidRDefault="00593F49" w:rsidP="001B1976">
            <w:pPr>
              <w:spacing w:before="40" w:line="259" w:lineRule="auto"/>
              <w:jc w:val="center"/>
              <w:rPr>
                <w:lang w:eastAsia="zh-TW"/>
              </w:rPr>
            </w:pPr>
            <w:r>
              <w:rPr>
                <w:sz w:val="20"/>
                <w:lang w:eastAsia="zh-TW"/>
              </w:rPr>
              <w:t>18:00前公告正取、備取人員名單</w:t>
            </w:r>
          </w:p>
        </w:tc>
        <w:tc>
          <w:tcPr>
            <w:tcW w:w="907" w:type="dxa"/>
            <w:tcBorders>
              <w:top w:val="single" w:sz="4" w:space="0" w:color="000000"/>
              <w:left w:val="single" w:sz="4" w:space="0" w:color="000000"/>
              <w:bottom w:val="single" w:sz="4" w:space="0" w:color="000000"/>
              <w:right w:val="single" w:sz="4" w:space="0" w:color="000000"/>
            </w:tcBorders>
            <w:vAlign w:val="center"/>
          </w:tcPr>
          <w:p w14:paraId="021578BB" w14:textId="77777777" w:rsidR="006A0893" w:rsidRDefault="00593F49">
            <w:pPr>
              <w:spacing w:before="40" w:line="259" w:lineRule="auto"/>
              <w:jc w:val="center"/>
            </w:pPr>
            <w:proofErr w:type="spellStart"/>
            <w:r>
              <w:rPr>
                <w:sz w:val="20"/>
              </w:rPr>
              <w:t>人事室</w:t>
            </w:r>
            <w:proofErr w:type="spellEnd"/>
          </w:p>
        </w:tc>
        <w:tc>
          <w:tcPr>
            <w:tcW w:w="3175" w:type="dxa"/>
            <w:tcBorders>
              <w:top w:val="single" w:sz="4" w:space="0" w:color="000000"/>
              <w:left w:val="single" w:sz="4" w:space="0" w:color="000000"/>
              <w:bottom w:val="single" w:sz="4" w:space="0" w:color="000000"/>
              <w:right w:val="single" w:sz="4" w:space="0" w:color="000000"/>
            </w:tcBorders>
            <w:vAlign w:val="center"/>
          </w:tcPr>
          <w:p w14:paraId="0CC56079" w14:textId="77777777" w:rsidR="006A0893" w:rsidRDefault="00593F49">
            <w:pPr>
              <w:spacing w:before="40" w:line="259" w:lineRule="auto"/>
              <w:jc w:val="center"/>
            </w:pPr>
            <w:proofErr w:type="spellStart"/>
            <w:r>
              <w:rPr>
                <w:sz w:val="20"/>
              </w:rPr>
              <w:t>公告於本校網站</w:t>
            </w:r>
            <w:proofErr w:type="spellEnd"/>
          </w:p>
        </w:tc>
      </w:tr>
      <w:tr w:rsidR="006A0893" w14:paraId="4398EF38" w14:textId="77777777">
        <w:trPr>
          <w:cantSplit/>
          <w:jc w:val="center"/>
        </w:trPr>
        <w:tc>
          <w:tcPr>
            <w:tcW w:w="454" w:type="dxa"/>
            <w:tcBorders>
              <w:top w:val="single" w:sz="4" w:space="0" w:color="000000"/>
              <w:left w:val="single" w:sz="4" w:space="0" w:color="000000"/>
              <w:bottom w:val="single" w:sz="4" w:space="0" w:color="000000"/>
              <w:right w:val="single" w:sz="4" w:space="0" w:color="000000"/>
            </w:tcBorders>
            <w:vAlign w:val="center"/>
          </w:tcPr>
          <w:p w14:paraId="697C3854" w14:textId="2E5AE388" w:rsidR="006A0893" w:rsidRDefault="001B1976">
            <w:pPr>
              <w:spacing w:before="40" w:line="259" w:lineRule="auto"/>
              <w:jc w:val="center"/>
            </w:pPr>
            <w:r>
              <w:rPr>
                <w:rFonts w:hint="eastAsia"/>
                <w:sz w:val="20"/>
                <w:lang w:eastAsia="zh-TW"/>
              </w:rPr>
              <w:t>10</w:t>
            </w:r>
          </w:p>
        </w:tc>
        <w:tc>
          <w:tcPr>
            <w:tcW w:w="454" w:type="dxa"/>
            <w:tcBorders>
              <w:top w:val="single" w:sz="4" w:space="0" w:color="000000"/>
              <w:left w:val="single" w:sz="4" w:space="0" w:color="000000"/>
              <w:bottom w:val="single" w:sz="4" w:space="0" w:color="000000"/>
              <w:right w:val="single" w:sz="4" w:space="0" w:color="000000"/>
            </w:tcBorders>
            <w:vAlign w:val="center"/>
          </w:tcPr>
          <w:p w14:paraId="5D89EFB8" w14:textId="0D53A89E" w:rsidR="006A0893" w:rsidRDefault="001B1976">
            <w:pPr>
              <w:spacing w:before="40" w:line="259" w:lineRule="auto"/>
              <w:jc w:val="center"/>
            </w:pPr>
            <w:r>
              <w:rPr>
                <w:rFonts w:hint="eastAsia"/>
                <w:sz w:val="20"/>
                <w:lang w:eastAsia="zh-TW"/>
              </w:rPr>
              <w:t>16</w:t>
            </w:r>
          </w:p>
        </w:tc>
        <w:tc>
          <w:tcPr>
            <w:tcW w:w="680" w:type="dxa"/>
            <w:tcBorders>
              <w:top w:val="single" w:sz="4" w:space="0" w:color="000000"/>
              <w:left w:val="single" w:sz="4" w:space="0" w:color="000000"/>
              <w:bottom w:val="single" w:sz="4" w:space="0" w:color="000000"/>
              <w:right w:val="single" w:sz="4" w:space="0" w:color="000000"/>
            </w:tcBorders>
            <w:vAlign w:val="center"/>
          </w:tcPr>
          <w:p w14:paraId="0FBE4CCC" w14:textId="52A831FD" w:rsidR="006A0893" w:rsidRDefault="001B1976">
            <w:pPr>
              <w:spacing w:before="40" w:line="259" w:lineRule="auto"/>
              <w:jc w:val="center"/>
            </w:pPr>
            <w:r>
              <w:rPr>
                <w:rFonts w:hint="eastAsia"/>
                <w:sz w:val="20"/>
                <w:lang w:eastAsia="zh-TW"/>
              </w:rPr>
              <w:t>五</w:t>
            </w:r>
          </w:p>
        </w:tc>
        <w:tc>
          <w:tcPr>
            <w:tcW w:w="4422" w:type="dxa"/>
            <w:tcBorders>
              <w:top w:val="single" w:sz="4" w:space="0" w:color="000000"/>
              <w:left w:val="single" w:sz="4" w:space="0" w:color="000000"/>
              <w:bottom w:val="single" w:sz="4" w:space="0" w:color="000000"/>
              <w:right w:val="single" w:sz="4" w:space="0" w:color="000000"/>
            </w:tcBorders>
            <w:vAlign w:val="center"/>
          </w:tcPr>
          <w:p w14:paraId="1294F79E" w14:textId="19929266" w:rsidR="006A0893" w:rsidRDefault="00593F49" w:rsidP="001B1976">
            <w:pPr>
              <w:spacing w:before="40" w:line="259" w:lineRule="auto"/>
              <w:jc w:val="center"/>
              <w:rPr>
                <w:lang w:eastAsia="zh-TW"/>
              </w:rPr>
            </w:pPr>
            <w:r>
              <w:rPr>
                <w:sz w:val="20"/>
                <w:lang w:eastAsia="zh-TW"/>
              </w:rPr>
              <w:t>錄取人員報到日期</w:t>
            </w:r>
          </w:p>
        </w:tc>
        <w:tc>
          <w:tcPr>
            <w:tcW w:w="907" w:type="dxa"/>
            <w:tcBorders>
              <w:top w:val="single" w:sz="4" w:space="0" w:color="000000"/>
              <w:left w:val="single" w:sz="4" w:space="0" w:color="000000"/>
              <w:bottom w:val="single" w:sz="4" w:space="0" w:color="000000"/>
              <w:right w:val="single" w:sz="4" w:space="0" w:color="000000"/>
            </w:tcBorders>
            <w:vAlign w:val="center"/>
          </w:tcPr>
          <w:p w14:paraId="77EC2324" w14:textId="77777777" w:rsidR="006A0893" w:rsidRDefault="00593F49">
            <w:pPr>
              <w:spacing w:before="40" w:line="259" w:lineRule="auto"/>
              <w:jc w:val="center"/>
            </w:pPr>
            <w:proofErr w:type="spellStart"/>
            <w:r>
              <w:rPr>
                <w:sz w:val="20"/>
              </w:rPr>
              <w:t>人事室</w:t>
            </w:r>
            <w:proofErr w:type="spellEnd"/>
          </w:p>
        </w:tc>
        <w:tc>
          <w:tcPr>
            <w:tcW w:w="3175" w:type="dxa"/>
            <w:tcBorders>
              <w:top w:val="single" w:sz="4" w:space="0" w:color="000000"/>
              <w:left w:val="single" w:sz="4" w:space="0" w:color="000000"/>
              <w:bottom w:val="single" w:sz="4" w:space="0" w:color="000000"/>
              <w:right w:val="single" w:sz="4" w:space="0" w:color="000000"/>
            </w:tcBorders>
            <w:vAlign w:val="center"/>
          </w:tcPr>
          <w:p w14:paraId="390D0581" w14:textId="77777777" w:rsidR="006A0893" w:rsidRDefault="00593F49">
            <w:pPr>
              <w:spacing w:before="40" w:line="259" w:lineRule="auto"/>
              <w:jc w:val="both"/>
              <w:rPr>
                <w:lang w:eastAsia="zh-TW"/>
              </w:rPr>
            </w:pPr>
            <w:r>
              <w:rPr>
                <w:sz w:val="20"/>
                <w:lang w:eastAsia="zh-TW"/>
              </w:rPr>
              <w:t>逾期未報到視同棄權，備取依序遞補</w:t>
            </w:r>
          </w:p>
        </w:tc>
      </w:tr>
      <w:tr w:rsidR="006A0893" w14:paraId="48ED1817" w14:textId="77777777">
        <w:trPr>
          <w:cantSplit/>
          <w:jc w:val="center"/>
        </w:trPr>
        <w:tc>
          <w:tcPr>
            <w:tcW w:w="454" w:type="dxa"/>
            <w:tcBorders>
              <w:top w:val="single" w:sz="4" w:space="0" w:color="000000"/>
              <w:left w:val="single" w:sz="4" w:space="0" w:color="000000"/>
              <w:bottom w:val="single" w:sz="4" w:space="0" w:color="000000"/>
              <w:right w:val="single" w:sz="4" w:space="0" w:color="000000"/>
            </w:tcBorders>
            <w:vAlign w:val="center"/>
          </w:tcPr>
          <w:p w14:paraId="5D1E0A83" w14:textId="77777777" w:rsidR="006A0893" w:rsidRDefault="00593F49">
            <w:pPr>
              <w:spacing w:before="40" w:line="259" w:lineRule="auto"/>
              <w:jc w:val="center"/>
            </w:pPr>
            <w:r>
              <w:rPr>
                <w:sz w:val="20"/>
              </w:rPr>
              <w:t>—</w:t>
            </w:r>
          </w:p>
        </w:tc>
        <w:tc>
          <w:tcPr>
            <w:tcW w:w="454" w:type="dxa"/>
            <w:tcBorders>
              <w:top w:val="single" w:sz="4" w:space="0" w:color="000000"/>
              <w:left w:val="single" w:sz="4" w:space="0" w:color="000000"/>
              <w:bottom w:val="single" w:sz="4" w:space="0" w:color="000000"/>
              <w:right w:val="single" w:sz="4" w:space="0" w:color="000000"/>
            </w:tcBorders>
            <w:vAlign w:val="center"/>
          </w:tcPr>
          <w:p w14:paraId="64863541" w14:textId="77777777" w:rsidR="006A0893" w:rsidRDefault="00593F49">
            <w:pPr>
              <w:spacing w:before="40" w:line="259" w:lineRule="auto"/>
              <w:jc w:val="center"/>
            </w:pPr>
            <w:r>
              <w:rPr>
                <w:sz w:val="20"/>
              </w:rPr>
              <w:t>—</w:t>
            </w:r>
          </w:p>
        </w:tc>
        <w:tc>
          <w:tcPr>
            <w:tcW w:w="680" w:type="dxa"/>
            <w:tcBorders>
              <w:top w:val="single" w:sz="4" w:space="0" w:color="000000"/>
              <w:left w:val="single" w:sz="4" w:space="0" w:color="000000"/>
              <w:bottom w:val="single" w:sz="4" w:space="0" w:color="000000"/>
              <w:right w:val="single" w:sz="4" w:space="0" w:color="000000"/>
            </w:tcBorders>
            <w:vAlign w:val="center"/>
          </w:tcPr>
          <w:p w14:paraId="0BB5ED83" w14:textId="77777777" w:rsidR="006A0893" w:rsidRDefault="00593F49">
            <w:pPr>
              <w:spacing w:before="40" w:line="259" w:lineRule="auto"/>
              <w:jc w:val="center"/>
            </w:pPr>
            <w:r>
              <w:rPr>
                <w:sz w:val="20"/>
              </w:rPr>
              <w:t>—</w:t>
            </w:r>
          </w:p>
        </w:tc>
        <w:tc>
          <w:tcPr>
            <w:tcW w:w="4422" w:type="dxa"/>
            <w:tcBorders>
              <w:top w:val="single" w:sz="4" w:space="0" w:color="000000"/>
              <w:left w:val="single" w:sz="4" w:space="0" w:color="000000"/>
              <w:bottom w:val="single" w:sz="4" w:space="0" w:color="000000"/>
              <w:right w:val="single" w:sz="4" w:space="0" w:color="000000"/>
            </w:tcBorders>
            <w:vAlign w:val="center"/>
          </w:tcPr>
          <w:p w14:paraId="5D656778" w14:textId="77777777" w:rsidR="006A0893" w:rsidRDefault="00593F49">
            <w:pPr>
              <w:spacing w:before="40" w:line="259" w:lineRule="auto"/>
              <w:jc w:val="both"/>
              <w:rPr>
                <w:lang w:eastAsia="zh-TW"/>
              </w:rPr>
            </w:pPr>
            <w:r>
              <w:rPr>
                <w:sz w:val="20"/>
                <w:lang w:eastAsia="zh-TW"/>
              </w:rPr>
              <w:t>實際報到</w:t>
            </w:r>
            <w:proofErr w:type="gramStart"/>
            <w:r>
              <w:rPr>
                <w:sz w:val="20"/>
                <w:lang w:eastAsia="zh-TW"/>
              </w:rPr>
              <w:t>日起聘</w:t>
            </w:r>
            <w:proofErr w:type="gramEnd"/>
            <w:r>
              <w:rPr>
                <w:sz w:val="20"/>
                <w:lang w:eastAsia="zh-TW"/>
              </w:rPr>
              <w:t>，聘期至116年7月31日止</w:t>
            </w:r>
          </w:p>
        </w:tc>
        <w:tc>
          <w:tcPr>
            <w:tcW w:w="907" w:type="dxa"/>
            <w:tcBorders>
              <w:top w:val="single" w:sz="4" w:space="0" w:color="000000"/>
              <w:left w:val="single" w:sz="4" w:space="0" w:color="000000"/>
              <w:bottom w:val="single" w:sz="4" w:space="0" w:color="000000"/>
              <w:right w:val="single" w:sz="4" w:space="0" w:color="000000"/>
            </w:tcBorders>
            <w:vAlign w:val="center"/>
          </w:tcPr>
          <w:p w14:paraId="163F5F3B" w14:textId="77777777" w:rsidR="006A0893" w:rsidRDefault="00593F49">
            <w:pPr>
              <w:spacing w:before="40" w:line="259" w:lineRule="auto"/>
              <w:jc w:val="center"/>
            </w:pPr>
            <w:proofErr w:type="spellStart"/>
            <w:r>
              <w:rPr>
                <w:sz w:val="20"/>
              </w:rPr>
              <w:t>人事室</w:t>
            </w:r>
            <w:proofErr w:type="spellEnd"/>
          </w:p>
        </w:tc>
        <w:tc>
          <w:tcPr>
            <w:tcW w:w="3175" w:type="dxa"/>
            <w:tcBorders>
              <w:top w:val="single" w:sz="4" w:space="0" w:color="000000"/>
              <w:left w:val="single" w:sz="4" w:space="0" w:color="000000"/>
              <w:bottom w:val="single" w:sz="4" w:space="0" w:color="000000"/>
              <w:right w:val="single" w:sz="4" w:space="0" w:color="000000"/>
            </w:tcBorders>
            <w:vAlign w:val="center"/>
          </w:tcPr>
          <w:p w14:paraId="18351ED9" w14:textId="77777777" w:rsidR="006A0893" w:rsidRDefault="006A0893">
            <w:pPr>
              <w:spacing w:before="40" w:line="259" w:lineRule="auto"/>
              <w:jc w:val="center"/>
            </w:pPr>
          </w:p>
        </w:tc>
      </w:tr>
    </w:tbl>
    <w:p w14:paraId="4AC1F91B" w14:textId="77777777" w:rsidR="006A0893" w:rsidRDefault="00593F49">
      <w:pPr>
        <w:pStyle w:val="1"/>
        <w:ind w:left="720" w:hanging="720"/>
        <w:jc w:val="both"/>
      </w:pPr>
      <w:proofErr w:type="spellStart"/>
      <w:r>
        <w:t>拾貳、成績複查與申訴</w:t>
      </w:r>
      <w:proofErr w:type="spellEnd"/>
    </w:p>
    <w:p w14:paraId="0E7E56FB" w14:textId="6D8CD1D5" w:rsidR="006A0893" w:rsidRDefault="00593F49">
      <w:pPr>
        <w:ind w:left="880" w:hanging="440"/>
        <w:jc w:val="both"/>
        <w:rPr>
          <w:lang w:eastAsia="zh-TW"/>
        </w:rPr>
      </w:pPr>
      <w:r>
        <w:rPr>
          <w:lang w:eastAsia="zh-TW"/>
        </w:rPr>
        <w:t>一、成績複查：應於115年10月1</w:t>
      </w:r>
      <w:r w:rsidR="001B1976">
        <w:rPr>
          <w:rFonts w:hint="eastAsia"/>
          <w:lang w:eastAsia="zh-TW"/>
        </w:rPr>
        <w:t>5</w:t>
      </w:r>
      <w:r>
        <w:rPr>
          <w:lang w:eastAsia="zh-TW"/>
        </w:rPr>
        <w:t>日（星期</w:t>
      </w:r>
      <w:r w:rsidR="0030051D">
        <w:rPr>
          <w:rFonts w:hint="eastAsia"/>
          <w:lang w:eastAsia="zh-TW"/>
        </w:rPr>
        <w:t>四</w:t>
      </w:r>
      <w:r>
        <w:rPr>
          <w:lang w:eastAsia="zh-TW"/>
        </w:rPr>
        <w:t>）下午3時至5時，攜帶入場證及複查成績申請書（附件5，請於本校網站下載），親向本校教務處提出；複查成績以一次為限，逾期不予受理。</w:t>
      </w:r>
    </w:p>
    <w:p w14:paraId="5B661A76" w14:textId="77777777" w:rsidR="006A0893" w:rsidRDefault="00593F49">
      <w:pPr>
        <w:ind w:left="880" w:hanging="440"/>
        <w:jc w:val="both"/>
        <w:rPr>
          <w:lang w:eastAsia="zh-TW"/>
        </w:rPr>
      </w:pPr>
      <w:r>
        <w:rPr>
          <w:lang w:eastAsia="zh-TW"/>
        </w:rPr>
        <w:t>二、申訴方式：請呈現真實姓名及入場證號碼，以便回覆。</w:t>
      </w:r>
    </w:p>
    <w:p w14:paraId="77120006" w14:textId="77777777" w:rsidR="006A0893" w:rsidRDefault="00593F49">
      <w:pPr>
        <w:ind w:left="1430" w:hanging="550"/>
        <w:jc w:val="both"/>
        <w:rPr>
          <w:lang w:eastAsia="zh-TW"/>
        </w:rPr>
      </w:pPr>
      <w:r>
        <w:rPr>
          <w:lang w:eastAsia="zh-TW"/>
        </w:rPr>
        <w:t>（一）申訴電話：06-7222150分機280。</w:t>
      </w:r>
    </w:p>
    <w:p w14:paraId="0897DA3F" w14:textId="77777777" w:rsidR="006A0893" w:rsidRDefault="00593F49">
      <w:pPr>
        <w:ind w:left="1430" w:hanging="550"/>
        <w:jc w:val="both"/>
      </w:pPr>
      <w:r>
        <w:t>（二）申訴信箱：人事室bmsh280@bmsh.tn.edu.tw。</w:t>
      </w:r>
    </w:p>
    <w:p w14:paraId="1FDB8A51" w14:textId="77777777" w:rsidR="006A0893" w:rsidRDefault="00593F49">
      <w:r>
        <w:br w:type="page"/>
      </w:r>
    </w:p>
    <w:p w14:paraId="44560291" w14:textId="77777777" w:rsidR="006A0893" w:rsidRDefault="00593F49">
      <w:pPr>
        <w:pStyle w:val="1"/>
        <w:ind w:left="720" w:hanging="720"/>
        <w:jc w:val="both"/>
        <w:rPr>
          <w:lang w:eastAsia="zh-TW"/>
        </w:rPr>
      </w:pPr>
      <w:r>
        <w:rPr>
          <w:lang w:eastAsia="zh-TW"/>
        </w:rPr>
        <w:lastRenderedPageBreak/>
        <w:t>拾參、報到</w:t>
      </w:r>
    </w:p>
    <w:p w14:paraId="32AD56E8" w14:textId="77777777" w:rsidR="006A0893" w:rsidRDefault="00593F49">
      <w:pPr>
        <w:ind w:left="880" w:hanging="440"/>
        <w:jc w:val="both"/>
        <w:rPr>
          <w:lang w:eastAsia="zh-TW"/>
        </w:rPr>
      </w:pPr>
      <w:r>
        <w:rPr>
          <w:lang w:eastAsia="zh-TW"/>
        </w:rPr>
        <w:t>一、正取教師應於錄取作業日程表所訂日期及時間前親自至本校人事室報到，逾期未報到視同棄權，由備取人員依序遞補。另如 115 學年度各該類科代理教師有新增缺額之情形，亦得由備取人員依序進用，並依需求原因聘任，以補足 115 學年度缺額為限。</w:t>
      </w:r>
    </w:p>
    <w:p w14:paraId="3EEBE124" w14:textId="77777777" w:rsidR="006A0893" w:rsidRDefault="00593F49">
      <w:pPr>
        <w:ind w:left="880" w:hanging="440"/>
        <w:jc w:val="both"/>
        <w:rPr>
          <w:lang w:eastAsia="zh-TW"/>
        </w:rPr>
      </w:pPr>
      <w:r>
        <w:rPr>
          <w:lang w:eastAsia="zh-TW"/>
        </w:rPr>
        <w:t>二、正取人員如為政府機關或公私立學校現職人員，應於</w:t>
      </w:r>
      <w:proofErr w:type="gramStart"/>
      <w:r>
        <w:rPr>
          <w:lang w:eastAsia="zh-TW"/>
        </w:rPr>
        <w:t>到職時繳附</w:t>
      </w:r>
      <w:proofErr w:type="gramEnd"/>
      <w:r>
        <w:rPr>
          <w:lang w:eastAsia="zh-TW"/>
        </w:rPr>
        <w:t>原服務機關學校離職證明書或同意書，否則視同未報到並不予聘任。</w:t>
      </w:r>
    </w:p>
    <w:p w14:paraId="7A28FA44" w14:textId="77777777" w:rsidR="006A0893" w:rsidRDefault="00593F49">
      <w:pPr>
        <w:ind w:left="880" w:hanging="440"/>
        <w:jc w:val="both"/>
        <w:rPr>
          <w:lang w:eastAsia="zh-TW"/>
        </w:rPr>
      </w:pPr>
      <w:r>
        <w:rPr>
          <w:lang w:eastAsia="zh-TW"/>
        </w:rPr>
        <w:t>三、錄取教師報到時，應繳交最近一個月內公立醫療院所或區域或教學醫院健康檢查合格報告（含 X光肺部透視合格證明） 。如患有法定或其他妨礙教學之傳染病，註銷錄取資格。</w:t>
      </w:r>
    </w:p>
    <w:p w14:paraId="1115FAE4" w14:textId="77777777" w:rsidR="006A0893" w:rsidRDefault="00593F49">
      <w:pPr>
        <w:ind w:left="880" w:hanging="440"/>
        <w:jc w:val="both"/>
        <w:rPr>
          <w:lang w:eastAsia="zh-TW"/>
        </w:rPr>
      </w:pPr>
      <w:r>
        <w:rPr>
          <w:lang w:eastAsia="zh-TW"/>
        </w:rPr>
        <w:t xml:space="preserve">四、健康檢查合格報告如無法於報到時繳交，同意延至 1 </w:t>
      </w:r>
      <w:proofErr w:type="gramStart"/>
      <w:r>
        <w:rPr>
          <w:lang w:eastAsia="zh-TW"/>
        </w:rPr>
        <w:t>個</w:t>
      </w:r>
      <w:proofErr w:type="gramEnd"/>
      <w:r>
        <w:rPr>
          <w:lang w:eastAsia="zh-TW"/>
        </w:rPr>
        <w:t>月內繳交，逾期註銷錄取資格。</w:t>
      </w:r>
    </w:p>
    <w:p w14:paraId="1346BDCB" w14:textId="77777777" w:rsidR="006A0893" w:rsidRDefault="00593F49">
      <w:pPr>
        <w:ind w:left="880" w:hanging="440"/>
        <w:jc w:val="both"/>
        <w:rPr>
          <w:lang w:eastAsia="zh-TW"/>
        </w:rPr>
      </w:pPr>
      <w:r>
        <w:rPr>
          <w:lang w:eastAsia="zh-TW"/>
        </w:rPr>
        <w:t>五、依據「性別平等教育法第 27 條」 、 「性侵害犯罪加害人登記報到查訪及查閱辦法第 14 條」及「不適任教育人員之通報資訊蒐集及查詢處理利用辦法第 7 條」等規定，經本校錄取人員，於報到應聘時由本校依前述法令規定，陳教育部國民及學前教育署核轉有關機關辦理查閱，以維護校園安全，經查有</w:t>
      </w:r>
      <w:proofErr w:type="gramStart"/>
      <w:r>
        <w:rPr>
          <w:lang w:eastAsia="zh-TW"/>
        </w:rPr>
        <w:t>性侵紀錄</w:t>
      </w:r>
      <w:proofErr w:type="gramEnd"/>
      <w:r>
        <w:rPr>
          <w:lang w:eastAsia="zh-TW"/>
        </w:rPr>
        <w:t>或不適任教育人員情形者，不予聘任，已聘任者，終止聘任。</w:t>
      </w:r>
    </w:p>
    <w:p w14:paraId="1BEBDABB" w14:textId="77777777" w:rsidR="006A0893" w:rsidRDefault="00593F49">
      <w:pPr>
        <w:ind w:left="880" w:hanging="440"/>
        <w:jc w:val="both"/>
        <w:rPr>
          <w:lang w:eastAsia="zh-TW"/>
        </w:rPr>
      </w:pPr>
      <w:r>
        <w:rPr>
          <w:lang w:eastAsia="zh-TW"/>
        </w:rPr>
        <w:t>六、本次教師甄選所蒐集個人資料，將依據個人資料保護法規定，只針對本次代理教師甄選之目的進行蒐集、處理及利用，不做其他用途；相關資料將做為教師甄選報名、彙編「中華民國師資培育統計年報」第四章各統計表單及提供教育部</w:t>
      </w:r>
      <w:proofErr w:type="gramStart"/>
      <w:r>
        <w:rPr>
          <w:lang w:eastAsia="zh-TW"/>
        </w:rPr>
        <w:t>研</w:t>
      </w:r>
      <w:proofErr w:type="gramEnd"/>
      <w:r>
        <w:rPr>
          <w:lang w:eastAsia="zh-TW"/>
        </w:rPr>
        <w:t>訂師資培育政策之用。</w:t>
      </w:r>
    </w:p>
    <w:p w14:paraId="42330470" w14:textId="77777777" w:rsidR="006A0893" w:rsidRDefault="00593F49">
      <w:pPr>
        <w:ind w:left="720" w:hanging="720"/>
        <w:jc w:val="both"/>
        <w:rPr>
          <w:lang w:eastAsia="zh-TW"/>
        </w:rPr>
      </w:pPr>
      <w:r>
        <w:rPr>
          <w:b/>
          <w:lang w:eastAsia="zh-TW"/>
        </w:rPr>
        <w:t>拾肆、經甄試錄取之教師，若發現資格不符，或證件有偽造、變造情事，或到職後無法辦理核薪者，</w:t>
      </w:r>
      <w:proofErr w:type="gramStart"/>
      <w:r>
        <w:rPr>
          <w:b/>
          <w:lang w:eastAsia="zh-TW"/>
        </w:rPr>
        <w:t>均應無條件</w:t>
      </w:r>
      <w:proofErr w:type="gramEnd"/>
      <w:r>
        <w:rPr>
          <w:b/>
          <w:lang w:eastAsia="zh-TW"/>
        </w:rPr>
        <w:t>自到職日起自動解職，應考人不得要求任何補償及異議；</w:t>
      </w:r>
      <w:proofErr w:type="gramStart"/>
      <w:r>
        <w:rPr>
          <w:b/>
          <w:lang w:eastAsia="zh-TW"/>
        </w:rPr>
        <w:t>該缺如</w:t>
      </w:r>
      <w:proofErr w:type="gramEnd"/>
      <w:r>
        <w:rPr>
          <w:b/>
          <w:lang w:eastAsia="zh-TW"/>
        </w:rPr>
        <w:t>經上級機關裁減，應即無條件解聘，聘期至前一日止。</w:t>
      </w:r>
    </w:p>
    <w:p w14:paraId="3A3E019F" w14:textId="77777777" w:rsidR="006A0893" w:rsidRDefault="00593F49">
      <w:pPr>
        <w:ind w:left="720" w:hanging="720"/>
        <w:jc w:val="both"/>
        <w:rPr>
          <w:lang w:eastAsia="zh-TW"/>
        </w:rPr>
      </w:pPr>
      <w:r>
        <w:rPr>
          <w:b/>
          <w:lang w:eastAsia="zh-TW"/>
        </w:rPr>
        <w:t>拾伍、如遇天然災害或不可抗力之因素，而致上述日程須作變更時，請</w:t>
      </w:r>
      <w:proofErr w:type="gramStart"/>
      <w:r>
        <w:rPr>
          <w:b/>
          <w:lang w:eastAsia="zh-TW"/>
        </w:rPr>
        <w:t>逕</w:t>
      </w:r>
      <w:proofErr w:type="gramEnd"/>
      <w:r>
        <w:rPr>
          <w:b/>
          <w:lang w:eastAsia="zh-TW"/>
        </w:rPr>
        <w:t>看本校網站公告，並請留意各大眾傳播媒體，應考人不得提出任何異議。</w:t>
      </w:r>
    </w:p>
    <w:p w14:paraId="77D10ECB" w14:textId="77777777" w:rsidR="006A0893" w:rsidRDefault="00593F49">
      <w:pPr>
        <w:ind w:left="720" w:hanging="720"/>
        <w:jc w:val="both"/>
        <w:rPr>
          <w:lang w:eastAsia="zh-TW"/>
        </w:rPr>
      </w:pPr>
      <w:r>
        <w:rPr>
          <w:b/>
          <w:lang w:eastAsia="zh-TW"/>
        </w:rPr>
        <w:t>拾陸、本簡章經本校教師評審委員會討論通過並實施。</w:t>
      </w:r>
    </w:p>
    <w:p w14:paraId="2A318060" w14:textId="77777777" w:rsidR="006A0893" w:rsidRDefault="00593F49">
      <w:pPr>
        <w:ind w:left="720" w:hanging="720"/>
        <w:jc w:val="both"/>
        <w:rPr>
          <w:lang w:eastAsia="zh-TW"/>
        </w:rPr>
      </w:pPr>
      <w:r>
        <w:rPr>
          <w:b/>
          <w:lang w:eastAsia="zh-TW"/>
        </w:rPr>
        <w:t>拾柒、本簡章如有未盡事宜，依相關法令與本校教師評審委員會決議事項辦理。</w:t>
      </w:r>
    </w:p>
    <w:p w14:paraId="4816BBD1" w14:textId="77777777" w:rsidR="006A0893" w:rsidRDefault="00593F49">
      <w:pPr>
        <w:rPr>
          <w:lang w:eastAsia="zh-TW"/>
        </w:rPr>
      </w:pPr>
      <w:r>
        <w:rPr>
          <w:lang w:eastAsia="zh-TW"/>
        </w:rPr>
        <w:br w:type="page"/>
      </w:r>
    </w:p>
    <w:p w14:paraId="2B300BB5" w14:textId="77777777" w:rsidR="006A0893" w:rsidRDefault="00593F49">
      <w:pPr>
        <w:jc w:val="both"/>
        <w:rPr>
          <w:lang w:eastAsia="zh-TW"/>
        </w:rPr>
      </w:pPr>
      <w:r>
        <w:rPr>
          <w:b/>
          <w:sz w:val="24"/>
          <w:lang w:eastAsia="zh-TW"/>
        </w:rPr>
        <w:lastRenderedPageBreak/>
        <w:t>附件1</w:t>
      </w:r>
    </w:p>
    <w:p w14:paraId="6D3DDCDE" w14:textId="77777777" w:rsidR="006A0893" w:rsidRDefault="00593F49">
      <w:pPr>
        <w:pStyle w:val="aa"/>
        <w:jc w:val="center"/>
        <w:rPr>
          <w:lang w:eastAsia="zh-TW"/>
        </w:rPr>
      </w:pPr>
      <w:r>
        <w:rPr>
          <w:lang w:eastAsia="zh-TW"/>
        </w:rPr>
        <w:t>國立北門高級中學115</w:t>
      </w:r>
      <w:proofErr w:type="gramStart"/>
      <w:r>
        <w:rPr>
          <w:lang w:eastAsia="zh-TW"/>
        </w:rPr>
        <w:t>學年度國文科</w:t>
      </w:r>
      <w:proofErr w:type="gramEnd"/>
      <w:r>
        <w:rPr>
          <w:lang w:eastAsia="zh-TW"/>
        </w:rPr>
        <w:t>代理教師甄選報名表</w:t>
      </w:r>
    </w:p>
    <w:tbl>
      <w:tblPr>
        <w:tblW w:w="0" w:type="auto"/>
        <w:jc w:val="center"/>
        <w:tblLayout w:type="fixed"/>
        <w:tblLook w:val="04A0" w:firstRow="1" w:lastRow="0" w:firstColumn="1" w:lastColumn="0" w:noHBand="0" w:noVBand="1"/>
      </w:tblPr>
      <w:tblGrid>
        <w:gridCol w:w="1701"/>
        <w:gridCol w:w="3402"/>
        <w:gridCol w:w="1701"/>
        <w:gridCol w:w="3288"/>
      </w:tblGrid>
      <w:tr w:rsidR="006A0893" w14:paraId="5C17501A" w14:textId="77777777">
        <w:trPr>
          <w:cantSplit/>
          <w:tblHeader/>
          <w:jc w:val="center"/>
        </w:trPr>
        <w:tc>
          <w:tcPr>
            <w:tcW w:w="1701" w:type="dxa"/>
            <w:tcBorders>
              <w:top w:val="single" w:sz="4" w:space="0" w:color="000000"/>
              <w:left w:val="single" w:sz="4" w:space="0" w:color="000000"/>
              <w:bottom w:val="single" w:sz="4" w:space="0" w:color="000000"/>
              <w:right w:val="single" w:sz="4" w:space="0" w:color="000000"/>
            </w:tcBorders>
            <w:vAlign w:val="center"/>
          </w:tcPr>
          <w:p w14:paraId="794F20BD" w14:textId="77777777" w:rsidR="006A0893" w:rsidRDefault="00593F49">
            <w:pPr>
              <w:spacing w:before="40" w:line="259" w:lineRule="auto"/>
              <w:jc w:val="center"/>
            </w:pPr>
            <w:proofErr w:type="spellStart"/>
            <w:r>
              <w:rPr>
                <w:b/>
              </w:rPr>
              <w:t>報考類科</w:t>
            </w:r>
            <w:proofErr w:type="spellEnd"/>
          </w:p>
        </w:tc>
        <w:tc>
          <w:tcPr>
            <w:tcW w:w="3402" w:type="dxa"/>
            <w:tcBorders>
              <w:top w:val="single" w:sz="4" w:space="0" w:color="000000"/>
              <w:left w:val="single" w:sz="4" w:space="0" w:color="000000"/>
              <w:bottom w:val="single" w:sz="4" w:space="0" w:color="000000"/>
              <w:right w:val="single" w:sz="4" w:space="0" w:color="000000"/>
            </w:tcBorders>
            <w:vAlign w:val="center"/>
          </w:tcPr>
          <w:p w14:paraId="6BA7E8AB" w14:textId="77777777" w:rsidR="006A0893" w:rsidRDefault="00593F49">
            <w:pPr>
              <w:spacing w:before="40" w:line="259" w:lineRule="auto"/>
              <w:jc w:val="center"/>
            </w:pPr>
            <w:r>
              <w:rPr>
                <w:b/>
              </w:rPr>
              <w:t>□</w:t>
            </w:r>
            <w:proofErr w:type="spellStart"/>
            <w:r>
              <w:rPr>
                <w:b/>
              </w:rPr>
              <w:t>國文科</w:t>
            </w:r>
            <w:proofErr w:type="spellEnd"/>
          </w:p>
        </w:tc>
        <w:tc>
          <w:tcPr>
            <w:tcW w:w="1701" w:type="dxa"/>
            <w:tcBorders>
              <w:top w:val="single" w:sz="4" w:space="0" w:color="000000"/>
              <w:left w:val="single" w:sz="4" w:space="0" w:color="000000"/>
              <w:bottom w:val="single" w:sz="4" w:space="0" w:color="000000"/>
              <w:right w:val="single" w:sz="4" w:space="0" w:color="000000"/>
            </w:tcBorders>
            <w:vAlign w:val="center"/>
          </w:tcPr>
          <w:p w14:paraId="2395EB9F" w14:textId="77777777" w:rsidR="006A0893" w:rsidRDefault="00593F49">
            <w:pPr>
              <w:spacing w:before="40" w:line="259" w:lineRule="auto"/>
              <w:jc w:val="center"/>
            </w:pPr>
            <w:proofErr w:type="spellStart"/>
            <w:r>
              <w:rPr>
                <w:b/>
              </w:rPr>
              <w:t>入場證號碼</w:t>
            </w:r>
            <w:proofErr w:type="spellEnd"/>
          </w:p>
        </w:tc>
        <w:tc>
          <w:tcPr>
            <w:tcW w:w="3288" w:type="dxa"/>
            <w:tcBorders>
              <w:top w:val="single" w:sz="4" w:space="0" w:color="000000"/>
              <w:left w:val="single" w:sz="4" w:space="0" w:color="000000"/>
              <w:bottom w:val="single" w:sz="4" w:space="0" w:color="000000"/>
              <w:right w:val="single" w:sz="4" w:space="0" w:color="000000"/>
            </w:tcBorders>
            <w:vAlign w:val="center"/>
          </w:tcPr>
          <w:p w14:paraId="497D0435" w14:textId="77777777" w:rsidR="006A0893" w:rsidRDefault="00593F49">
            <w:pPr>
              <w:spacing w:before="40" w:line="259" w:lineRule="auto"/>
              <w:jc w:val="center"/>
            </w:pPr>
            <w:r>
              <w:rPr>
                <w:b/>
              </w:rPr>
              <w:t>（</w:t>
            </w:r>
            <w:proofErr w:type="spellStart"/>
            <w:r>
              <w:rPr>
                <w:b/>
              </w:rPr>
              <w:t>由本校填寫</w:t>
            </w:r>
            <w:proofErr w:type="spellEnd"/>
            <w:r>
              <w:rPr>
                <w:b/>
              </w:rPr>
              <w:t>）</w:t>
            </w:r>
          </w:p>
        </w:tc>
      </w:tr>
      <w:tr w:rsidR="006A0893" w14:paraId="5E3451FC" w14:textId="77777777">
        <w:trPr>
          <w:cantSplit/>
          <w:jc w:val="center"/>
        </w:trPr>
        <w:tc>
          <w:tcPr>
            <w:tcW w:w="1701" w:type="dxa"/>
            <w:tcBorders>
              <w:top w:val="single" w:sz="4" w:space="0" w:color="000000"/>
              <w:left w:val="single" w:sz="4" w:space="0" w:color="000000"/>
              <w:bottom w:val="single" w:sz="4" w:space="0" w:color="000000"/>
              <w:right w:val="single" w:sz="4" w:space="0" w:color="000000"/>
            </w:tcBorders>
            <w:vAlign w:val="center"/>
          </w:tcPr>
          <w:p w14:paraId="0568D00A" w14:textId="77777777" w:rsidR="006A0893" w:rsidRDefault="00593F49">
            <w:pPr>
              <w:spacing w:before="40" w:line="259" w:lineRule="auto"/>
              <w:jc w:val="center"/>
            </w:pPr>
            <w:proofErr w:type="spellStart"/>
            <w:r>
              <w:t>姓名</w:t>
            </w:r>
            <w:proofErr w:type="spellEnd"/>
          </w:p>
        </w:tc>
        <w:tc>
          <w:tcPr>
            <w:tcW w:w="3402" w:type="dxa"/>
            <w:tcBorders>
              <w:top w:val="single" w:sz="4" w:space="0" w:color="000000"/>
              <w:left w:val="single" w:sz="4" w:space="0" w:color="000000"/>
              <w:bottom w:val="single" w:sz="4" w:space="0" w:color="000000"/>
              <w:right w:val="single" w:sz="4" w:space="0" w:color="000000"/>
            </w:tcBorders>
            <w:vAlign w:val="center"/>
          </w:tcPr>
          <w:p w14:paraId="2101B3E6" w14:textId="77777777" w:rsidR="006A0893" w:rsidRDefault="006A0893">
            <w:pPr>
              <w:spacing w:before="40" w:line="259" w:lineRule="auto"/>
              <w:jc w:val="center"/>
            </w:pPr>
          </w:p>
        </w:tc>
        <w:tc>
          <w:tcPr>
            <w:tcW w:w="1701" w:type="dxa"/>
            <w:tcBorders>
              <w:top w:val="single" w:sz="4" w:space="0" w:color="000000"/>
              <w:left w:val="single" w:sz="4" w:space="0" w:color="000000"/>
              <w:bottom w:val="single" w:sz="4" w:space="0" w:color="000000"/>
              <w:right w:val="single" w:sz="4" w:space="0" w:color="000000"/>
            </w:tcBorders>
            <w:vAlign w:val="center"/>
          </w:tcPr>
          <w:p w14:paraId="595F5518" w14:textId="77777777" w:rsidR="006A0893" w:rsidRDefault="00593F49">
            <w:pPr>
              <w:spacing w:before="40" w:line="259" w:lineRule="auto"/>
              <w:jc w:val="center"/>
            </w:pPr>
            <w:proofErr w:type="spellStart"/>
            <w:r>
              <w:t>性別</w:t>
            </w:r>
            <w:proofErr w:type="spellEnd"/>
          </w:p>
        </w:tc>
        <w:tc>
          <w:tcPr>
            <w:tcW w:w="3288" w:type="dxa"/>
            <w:tcBorders>
              <w:top w:val="single" w:sz="4" w:space="0" w:color="000000"/>
              <w:left w:val="single" w:sz="4" w:space="0" w:color="000000"/>
              <w:bottom w:val="single" w:sz="4" w:space="0" w:color="000000"/>
              <w:right w:val="single" w:sz="4" w:space="0" w:color="000000"/>
            </w:tcBorders>
            <w:vAlign w:val="center"/>
          </w:tcPr>
          <w:p w14:paraId="3950720E" w14:textId="77777777" w:rsidR="006A0893" w:rsidRDefault="006A0893">
            <w:pPr>
              <w:spacing w:before="40" w:line="259" w:lineRule="auto"/>
              <w:jc w:val="center"/>
            </w:pPr>
          </w:p>
        </w:tc>
      </w:tr>
      <w:tr w:rsidR="006A0893" w14:paraId="13D7E014" w14:textId="77777777">
        <w:trPr>
          <w:cantSplit/>
          <w:jc w:val="center"/>
        </w:trPr>
        <w:tc>
          <w:tcPr>
            <w:tcW w:w="1701" w:type="dxa"/>
            <w:tcBorders>
              <w:top w:val="single" w:sz="4" w:space="0" w:color="000000"/>
              <w:left w:val="single" w:sz="4" w:space="0" w:color="000000"/>
              <w:bottom w:val="single" w:sz="4" w:space="0" w:color="000000"/>
              <w:right w:val="single" w:sz="4" w:space="0" w:color="000000"/>
            </w:tcBorders>
            <w:vAlign w:val="center"/>
          </w:tcPr>
          <w:p w14:paraId="183A14A7" w14:textId="77777777" w:rsidR="006A0893" w:rsidRDefault="00593F49">
            <w:pPr>
              <w:spacing w:before="40" w:line="259" w:lineRule="auto"/>
              <w:jc w:val="center"/>
            </w:pPr>
            <w:proofErr w:type="spellStart"/>
            <w:r>
              <w:t>身分證字號</w:t>
            </w:r>
            <w:proofErr w:type="spellEnd"/>
          </w:p>
        </w:tc>
        <w:tc>
          <w:tcPr>
            <w:tcW w:w="3402" w:type="dxa"/>
            <w:tcBorders>
              <w:top w:val="single" w:sz="4" w:space="0" w:color="000000"/>
              <w:left w:val="single" w:sz="4" w:space="0" w:color="000000"/>
              <w:bottom w:val="single" w:sz="4" w:space="0" w:color="000000"/>
              <w:right w:val="single" w:sz="4" w:space="0" w:color="000000"/>
            </w:tcBorders>
            <w:vAlign w:val="center"/>
          </w:tcPr>
          <w:p w14:paraId="073717EC" w14:textId="77777777" w:rsidR="006A0893" w:rsidRDefault="006A0893">
            <w:pPr>
              <w:spacing w:before="40" w:line="259" w:lineRule="auto"/>
              <w:jc w:val="center"/>
            </w:pPr>
          </w:p>
        </w:tc>
        <w:tc>
          <w:tcPr>
            <w:tcW w:w="1701" w:type="dxa"/>
            <w:tcBorders>
              <w:top w:val="single" w:sz="4" w:space="0" w:color="000000"/>
              <w:left w:val="single" w:sz="4" w:space="0" w:color="000000"/>
              <w:bottom w:val="single" w:sz="4" w:space="0" w:color="000000"/>
              <w:right w:val="single" w:sz="4" w:space="0" w:color="000000"/>
            </w:tcBorders>
            <w:vAlign w:val="center"/>
          </w:tcPr>
          <w:p w14:paraId="679D76A0" w14:textId="77777777" w:rsidR="006A0893" w:rsidRDefault="00593F49">
            <w:pPr>
              <w:spacing w:before="40" w:line="259" w:lineRule="auto"/>
              <w:jc w:val="center"/>
            </w:pPr>
            <w:proofErr w:type="spellStart"/>
            <w:r>
              <w:t>出生日期</w:t>
            </w:r>
            <w:proofErr w:type="spellEnd"/>
          </w:p>
        </w:tc>
        <w:tc>
          <w:tcPr>
            <w:tcW w:w="3288" w:type="dxa"/>
            <w:tcBorders>
              <w:top w:val="single" w:sz="4" w:space="0" w:color="000000"/>
              <w:left w:val="single" w:sz="4" w:space="0" w:color="000000"/>
              <w:bottom w:val="single" w:sz="4" w:space="0" w:color="000000"/>
              <w:right w:val="single" w:sz="4" w:space="0" w:color="000000"/>
            </w:tcBorders>
            <w:vAlign w:val="center"/>
          </w:tcPr>
          <w:p w14:paraId="1EDCB351" w14:textId="77777777" w:rsidR="006A0893" w:rsidRDefault="00593F49">
            <w:pPr>
              <w:spacing w:before="40" w:line="259" w:lineRule="auto"/>
              <w:jc w:val="center"/>
            </w:pPr>
            <w:proofErr w:type="gramStart"/>
            <w:r>
              <w:t>年　　月</w:t>
            </w:r>
            <w:proofErr w:type="gramEnd"/>
            <w:r>
              <w:t xml:space="preserve">　　日</w:t>
            </w:r>
          </w:p>
        </w:tc>
      </w:tr>
      <w:tr w:rsidR="006A0893" w14:paraId="70C19C25" w14:textId="77777777">
        <w:trPr>
          <w:cantSplit/>
          <w:jc w:val="center"/>
        </w:trPr>
        <w:tc>
          <w:tcPr>
            <w:tcW w:w="1701" w:type="dxa"/>
            <w:tcBorders>
              <w:top w:val="single" w:sz="4" w:space="0" w:color="000000"/>
              <w:left w:val="single" w:sz="4" w:space="0" w:color="000000"/>
              <w:bottom w:val="single" w:sz="4" w:space="0" w:color="000000"/>
              <w:right w:val="single" w:sz="4" w:space="0" w:color="000000"/>
            </w:tcBorders>
            <w:vAlign w:val="center"/>
          </w:tcPr>
          <w:p w14:paraId="5BBC14D7" w14:textId="77777777" w:rsidR="006A0893" w:rsidRDefault="00593F49">
            <w:pPr>
              <w:spacing w:before="40" w:line="259" w:lineRule="auto"/>
              <w:jc w:val="center"/>
            </w:pPr>
            <w:proofErr w:type="spellStart"/>
            <w:r>
              <w:t>電話</w:t>
            </w:r>
            <w:proofErr w:type="spellEnd"/>
          </w:p>
        </w:tc>
        <w:tc>
          <w:tcPr>
            <w:tcW w:w="3402" w:type="dxa"/>
            <w:tcBorders>
              <w:top w:val="single" w:sz="4" w:space="0" w:color="000000"/>
              <w:left w:val="single" w:sz="4" w:space="0" w:color="000000"/>
              <w:bottom w:val="single" w:sz="4" w:space="0" w:color="000000"/>
              <w:right w:val="single" w:sz="4" w:space="0" w:color="000000"/>
            </w:tcBorders>
            <w:vAlign w:val="center"/>
          </w:tcPr>
          <w:p w14:paraId="59785113" w14:textId="77777777" w:rsidR="006A0893" w:rsidRDefault="00593F49">
            <w:pPr>
              <w:spacing w:before="40" w:line="259" w:lineRule="auto"/>
              <w:jc w:val="center"/>
            </w:pPr>
            <w:proofErr w:type="spellStart"/>
            <w:r>
              <w:t>日（夜</w:t>
            </w:r>
            <w:proofErr w:type="spellEnd"/>
            <w:r>
              <w:t>）：</w:t>
            </w:r>
            <w:r>
              <w:br/>
            </w:r>
            <w:proofErr w:type="spellStart"/>
            <w:r>
              <w:t>手機</w:t>
            </w:r>
            <w:proofErr w:type="spellEnd"/>
            <w:r>
              <w:t>：</w:t>
            </w:r>
          </w:p>
        </w:tc>
        <w:tc>
          <w:tcPr>
            <w:tcW w:w="1701" w:type="dxa"/>
            <w:tcBorders>
              <w:top w:val="single" w:sz="4" w:space="0" w:color="000000"/>
              <w:left w:val="single" w:sz="4" w:space="0" w:color="000000"/>
              <w:bottom w:val="single" w:sz="4" w:space="0" w:color="000000"/>
              <w:right w:val="single" w:sz="4" w:space="0" w:color="000000"/>
            </w:tcBorders>
            <w:vAlign w:val="center"/>
          </w:tcPr>
          <w:p w14:paraId="77CB1EFD" w14:textId="77777777" w:rsidR="006A0893" w:rsidRDefault="00593F49">
            <w:pPr>
              <w:spacing w:before="40" w:line="259" w:lineRule="auto"/>
              <w:jc w:val="center"/>
            </w:pPr>
            <w:proofErr w:type="spellStart"/>
            <w:r>
              <w:t>電子郵件</w:t>
            </w:r>
            <w:proofErr w:type="spellEnd"/>
          </w:p>
        </w:tc>
        <w:tc>
          <w:tcPr>
            <w:tcW w:w="3288" w:type="dxa"/>
            <w:tcBorders>
              <w:top w:val="single" w:sz="4" w:space="0" w:color="000000"/>
              <w:left w:val="single" w:sz="4" w:space="0" w:color="000000"/>
              <w:bottom w:val="single" w:sz="4" w:space="0" w:color="000000"/>
              <w:right w:val="single" w:sz="4" w:space="0" w:color="000000"/>
            </w:tcBorders>
            <w:vAlign w:val="center"/>
          </w:tcPr>
          <w:p w14:paraId="4670CEFD" w14:textId="77777777" w:rsidR="006A0893" w:rsidRDefault="006A0893">
            <w:pPr>
              <w:spacing w:before="40" w:line="259" w:lineRule="auto"/>
              <w:jc w:val="center"/>
            </w:pPr>
          </w:p>
        </w:tc>
      </w:tr>
      <w:tr w:rsidR="006A0893" w14:paraId="4161493E" w14:textId="77777777">
        <w:trPr>
          <w:cantSplit/>
          <w:jc w:val="center"/>
        </w:trPr>
        <w:tc>
          <w:tcPr>
            <w:tcW w:w="1701" w:type="dxa"/>
            <w:tcBorders>
              <w:top w:val="single" w:sz="4" w:space="0" w:color="000000"/>
              <w:left w:val="single" w:sz="4" w:space="0" w:color="000000"/>
              <w:bottom w:val="single" w:sz="4" w:space="0" w:color="000000"/>
              <w:right w:val="single" w:sz="4" w:space="0" w:color="000000"/>
            </w:tcBorders>
            <w:vAlign w:val="center"/>
          </w:tcPr>
          <w:p w14:paraId="4E902848" w14:textId="77777777" w:rsidR="006A0893" w:rsidRDefault="00593F49">
            <w:pPr>
              <w:spacing w:before="40" w:line="259" w:lineRule="auto"/>
              <w:jc w:val="center"/>
            </w:pPr>
            <w:proofErr w:type="spellStart"/>
            <w:r>
              <w:t>地址</w:t>
            </w:r>
            <w:proofErr w:type="spellEnd"/>
          </w:p>
        </w:tc>
        <w:tc>
          <w:tcPr>
            <w:tcW w:w="3402" w:type="dxa"/>
            <w:tcBorders>
              <w:top w:val="single" w:sz="4" w:space="0" w:color="000000"/>
              <w:left w:val="single" w:sz="4" w:space="0" w:color="000000"/>
              <w:bottom w:val="single" w:sz="4" w:space="0" w:color="000000"/>
              <w:right w:val="single" w:sz="4" w:space="0" w:color="000000"/>
            </w:tcBorders>
            <w:vAlign w:val="center"/>
          </w:tcPr>
          <w:p w14:paraId="0B664147" w14:textId="77777777" w:rsidR="006A0893" w:rsidRDefault="006A0893">
            <w:pPr>
              <w:spacing w:before="40" w:line="259" w:lineRule="auto"/>
              <w:jc w:val="center"/>
            </w:pPr>
          </w:p>
        </w:tc>
        <w:tc>
          <w:tcPr>
            <w:tcW w:w="1701" w:type="dxa"/>
            <w:tcBorders>
              <w:top w:val="single" w:sz="4" w:space="0" w:color="000000"/>
              <w:left w:val="single" w:sz="4" w:space="0" w:color="000000"/>
              <w:bottom w:val="single" w:sz="4" w:space="0" w:color="000000"/>
              <w:right w:val="single" w:sz="4" w:space="0" w:color="000000"/>
            </w:tcBorders>
            <w:vAlign w:val="center"/>
          </w:tcPr>
          <w:p w14:paraId="6CE30294" w14:textId="77777777" w:rsidR="006A0893" w:rsidRDefault="006A0893">
            <w:pPr>
              <w:spacing w:before="40" w:line="259" w:lineRule="auto"/>
              <w:jc w:val="center"/>
            </w:pPr>
          </w:p>
        </w:tc>
        <w:tc>
          <w:tcPr>
            <w:tcW w:w="3288" w:type="dxa"/>
            <w:tcBorders>
              <w:top w:val="single" w:sz="4" w:space="0" w:color="000000"/>
              <w:left w:val="single" w:sz="4" w:space="0" w:color="000000"/>
              <w:bottom w:val="single" w:sz="4" w:space="0" w:color="000000"/>
              <w:right w:val="single" w:sz="4" w:space="0" w:color="000000"/>
            </w:tcBorders>
            <w:vAlign w:val="center"/>
          </w:tcPr>
          <w:p w14:paraId="5BE6D409" w14:textId="77777777" w:rsidR="006A0893" w:rsidRDefault="006A0893">
            <w:pPr>
              <w:spacing w:before="40" w:line="259" w:lineRule="auto"/>
              <w:jc w:val="center"/>
            </w:pPr>
          </w:p>
        </w:tc>
      </w:tr>
    </w:tbl>
    <w:p w14:paraId="4C439F8C" w14:textId="77777777" w:rsidR="006A0893" w:rsidRDefault="00593F49">
      <w:pPr>
        <w:jc w:val="both"/>
      </w:pPr>
      <w:r>
        <w:rPr>
          <w:lang w:eastAsia="zh-TW"/>
        </w:rPr>
        <w:t>甄選試</w:t>
      </w:r>
      <w:proofErr w:type="gramStart"/>
      <w:r>
        <w:rPr>
          <w:lang w:eastAsia="zh-TW"/>
        </w:rPr>
        <w:t>務</w:t>
      </w:r>
      <w:proofErr w:type="gramEnd"/>
      <w:r>
        <w:rPr>
          <w:lang w:eastAsia="zh-TW"/>
        </w:rPr>
        <w:t>迴避調查：是否有（或曾有）配偶、前配偶、四親等內血親、三親等內姻親、師生、同班同學、實習指（輔）導老師等關係人員在本校服務。</w:t>
      </w:r>
      <w:r>
        <w:rPr>
          <w:lang w:eastAsia="zh-TW"/>
        </w:rPr>
        <w:br/>
      </w:r>
      <w:r>
        <w:t xml:space="preserve">□無　□有　</w:t>
      </w:r>
      <w:proofErr w:type="spellStart"/>
      <w:r>
        <w:t>請詳述姓名及關係</w:t>
      </w:r>
      <w:proofErr w:type="spellEnd"/>
      <w:r>
        <w:t>：________________________________</w:t>
      </w:r>
    </w:p>
    <w:tbl>
      <w:tblPr>
        <w:tblW w:w="0" w:type="auto"/>
        <w:jc w:val="center"/>
        <w:tblLayout w:type="fixed"/>
        <w:tblLook w:val="04A0" w:firstRow="1" w:lastRow="0" w:firstColumn="1" w:lastColumn="0" w:noHBand="0" w:noVBand="1"/>
      </w:tblPr>
      <w:tblGrid>
        <w:gridCol w:w="850"/>
        <w:gridCol w:w="851"/>
        <w:gridCol w:w="2551"/>
        <w:gridCol w:w="851"/>
        <w:gridCol w:w="850"/>
        <w:gridCol w:w="851"/>
        <w:gridCol w:w="3288"/>
      </w:tblGrid>
      <w:tr w:rsidR="006A0893" w14:paraId="5641CF5C" w14:textId="77777777">
        <w:trPr>
          <w:cantSplit/>
          <w:tblHeader/>
          <w:jc w:val="center"/>
        </w:trPr>
        <w:tc>
          <w:tcPr>
            <w:tcW w:w="1701" w:type="dxa"/>
            <w:gridSpan w:val="2"/>
            <w:tcBorders>
              <w:top w:val="single" w:sz="4" w:space="0" w:color="000000"/>
              <w:left w:val="single" w:sz="4" w:space="0" w:color="000000"/>
              <w:bottom w:val="single" w:sz="4" w:space="0" w:color="000000"/>
              <w:right w:val="single" w:sz="4" w:space="0" w:color="000000"/>
            </w:tcBorders>
            <w:vAlign w:val="center"/>
          </w:tcPr>
          <w:p w14:paraId="594C9766" w14:textId="77777777" w:rsidR="006A0893" w:rsidRDefault="00593F49">
            <w:pPr>
              <w:spacing w:before="40" w:line="259" w:lineRule="auto"/>
              <w:jc w:val="center"/>
            </w:pPr>
            <w:proofErr w:type="spellStart"/>
            <w:r>
              <w:rPr>
                <w:b/>
                <w:sz w:val="21"/>
              </w:rPr>
              <w:t>學歷</w:t>
            </w:r>
            <w:proofErr w:type="spellEnd"/>
          </w:p>
        </w:tc>
        <w:tc>
          <w:tcPr>
            <w:tcW w:w="3402" w:type="dxa"/>
            <w:gridSpan w:val="2"/>
            <w:tcBorders>
              <w:top w:val="single" w:sz="4" w:space="0" w:color="000000"/>
              <w:left w:val="single" w:sz="4" w:space="0" w:color="000000"/>
              <w:bottom w:val="single" w:sz="4" w:space="0" w:color="000000"/>
              <w:right w:val="single" w:sz="4" w:space="0" w:color="000000"/>
            </w:tcBorders>
            <w:vAlign w:val="center"/>
          </w:tcPr>
          <w:p w14:paraId="6A590037" w14:textId="77777777" w:rsidR="006A0893" w:rsidRDefault="00593F49">
            <w:pPr>
              <w:spacing w:before="40" w:line="259" w:lineRule="auto"/>
              <w:jc w:val="center"/>
              <w:rPr>
                <w:lang w:eastAsia="zh-TW"/>
              </w:rPr>
            </w:pPr>
            <w:r>
              <w:rPr>
                <w:b/>
                <w:sz w:val="21"/>
                <w:lang w:eastAsia="zh-TW"/>
              </w:rPr>
              <w:t>學校名稱（請寫全銜）</w:t>
            </w:r>
          </w:p>
        </w:tc>
        <w:tc>
          <w:tcPr>
            <w:tcW w:w="1701" w:type="dxa"/>
            <w:gridSpan w:val="2"/>
            <w:tcBorders>
              <w:top w:val="single" w:sz="4" w:space="0" w:color="000000"/>
              <w:left w:val="single" w:sz="4" w:space="0" w:color="000000"/>
              <w:bottom w:val="single" w:sz="4" w:space="0" w:color="000000"/>
              <w:right w:val="single" w:sz="4" w:space="0" w:color="000000"/>
            </w:tcBorders>
            <w:vAlign w:val="center"/>
          </w:tcPr>
          <w:p w14:paraId="736A27DA" w14:textId="77777777" w:rsidR="006A0893" w:rsidRDefault="00593F49">
            <w:pPr>
              <w:spacing w:before="40" w:line="259" w:lineRule="auto"/>
              <w:jc w:val="center"/>
            </w:pPr>
            <w:proofErr w:type="spellStart"/>
            <w:r>
              <w:rPr>
                <w:b/>
                <w:sz w:val="21"/>
              </w:rPr>
              <w:t>科系</w:t>
            </w:r>
            <w:proofErr w:type="spellEnd"/>
          </w:p>
        </w:tc>
        <w:tc>
          <w:tcPr>
            <w:tcW w:w="3288" w:type="dxa"/>
            <w:tcBorders>
              <w:top w:val="single" w:sz="4" w:space="0" w:color="000000"/>
              <w:left w:val="single" w:sz="4" w:space="0" w:color="000000"/>
              <w:bottom w:val="single" w:sz="4" w:space="0" w:color="000000"/>
              <w:right w:val="single" w:sz="4" w:space="0" w:color="000000"/>
            </w:tcBorders>
            <w:vAlign w:val="center"/>
          </w:tcPr>
          <w:p w14:paraId="4A87C949" w14:textId="77777777" w:rsidR="006A0893" w:rsidRDefault="00593F49">
            <w:pPr>
              <w:spacing w:before="40" w:line="259" w:lineRule="auto"/>
              <w:jc w:val="center"/>
            </w:pPr>
            <w:proofErr w:type="spellStart"/>
            <w:r>
              <w:rPr>
                <w:b/>
                <w:sz w:val="21"/>
              </w:rPr>
              <w:t>修業起訖年月</w:t>
            </w:r>
            <w:proofErr w:type="spellEnd"/>
          </w:p>
        </w:tc>
      </w:tr>
      <w:tr w:rsidR="006A0893" w14:paraId="59187D2D" w14:textId="77777777">
        <w:trPr>
          <w:cantSplit/>
          <w:jc w:val="center"/>
        </w:trPr>
        <w:tc>
          <w:tcPr>
            <w:tcW w:w="1701" w:type="dxa"/>
            <w:gridSpan w:val="2"/>
            <w:tcBorders>
              <w:top w:val="single" w:sz="4" w:space="0" w:color="000000"/>
              <w:left w:val="single" w:sz="4" w:space="0" w:color="000000"/>
              <w:bottom w:val="single" w:sz="4" w:space="0" w:color="000000"/>
              <w:right w:val="single" w:sz="4" w:space="0" w:color="000000"/>
            </w:tcBorders>
            <w:vAlign w:val="center"/>
          </w:tcPr>
          <w:p w14:paraId="35BCCE18" w14:textId="77777777" w:rsidR="006A0893" w:rsidRDefault="00593F49">
            <w:pPr>
              <w:spacing w:before="40" w:line="259" w:lineRule="auto"/>
              <w:jc w:val="center"/>
            </w:pPr>
            <w:proofErr w:type="spellStart"/>
            <w:r>
              <w:rPr>
                <w:sz w:val="21"/>
              </w:rPr>
              <w:t>大學</w:t>
            </w:r>
            <w:proofErr w:type="spellEnd"/>
          </w:p>
        </w:tc>
        <w:tc>
          <w:tcPr>
            <w:tcW w:w="3402" w:type="dxa"/>
            <w:gridSpan w:val="2"/>
            <w:tcBorders>
              <w:top w:val="single" w:sz="4" w:space="0" w:color="000000"/>
              <w:left w:val="single" w:sz="4" w:space="0" w:color="000000"/>
              <w:bottom w:val="single" w:sz="4" w:space="0" w:color="000000"/>
              <w:right w:val="single" w:sz="4" w:space="0" w:color="000000"/>
            </w:tcBorders>
            <w:vAlign w:val="center"/>
          </w:tcPr>
          <w:p w14:paraId="273B481C" w14:textId="77777777" w:rsidR="006A0893" w:rsidRDefault="006A0893">
            <w:pPr>
              <w:spacing w:before="40" w:line="259" w:lineRule="auto"/>
              <w:jc w:val="center"/>
            </w:pPr>
          </w:p>
        </w:tc>
        <w:tc>
          <w:tcPr>
            <w:tcW w:w="1701" w:type="dxa"/>
            <w:gridSpan w:val="2"/>
            <w:tcBorders>
              <w:top w:val="single" w:sz="4" w:space="0" w:color="000000"/>
              <w:left w:val="single" w:sz="4" w:space="0" w:color="000000"/>
              <w:bottom w:val="single" w:sz="4" w:space="0" w:color="000000"/>
              <w:right w:val="single" w:sz="4" w:space="0" w:color="000000"/>
            </w:tcBorders>
            <w:vAlign w:val="center"/>
          </w:tcPr>
          <w:p w14:paraId="284A2866" w14:textId="77777777" w:rsidR="006A0893" w:rsidRDefault="006A0893">
            <w:pPr>
              <w:spacing w:before="40" w:line="259" w:lineRule="auto"/>
              <w:jc w:val="center"/>
            </w:pPr>
          </w:p>
        </w:tc>
        <w:tc>
          <w:tcPr>
            <w:tcW w:w="3288" w:type="dxa"/>
            <w:tcBorders>
              <w:top w:val="single" w:sz="4" w:space="0" w:color="000000"/>
              <w:left w:val="single" w:sz="4" w:space="0" w:color="000000"/>
              <w:bottom w:val="single" w:sz="4" w:space="0" w:color="000000"/>
              <w:right w:val="single" w:sz="4" w:space="0" w:color="000000"/>
            </w:tcBorders>
            <w:vAlign w:val="center"/>
          </w:tcPr>
          <w:p w14:paraId="3FFC9CCF" w14:textId="77777777" w:rsidR="006A0893" w:rsidRDefault="00593F49">
            <w:pPr>
              <w:spacing w:before="40" w:line="259" w:lineRule="auto"/>
              <w:jc w:val="center"/>
            </w:pPr>
            <w:r>
              <w:rPr>
                <w:sz w:val="21"/>
              </w:rPr>
              <w:t>年　月 至　年　月</w:t>
            </w:r>
          </w:p>
        </w:tc>
      </w:tr>
      <w:tr w:rsidR="006A0893" w14:paraId="1815ABB9" w14:textId="77777777">
        <w:trPr>
          <w:cantSplit/>
          <w:jc w:val="center"/>
        </w:trPr>
        <w:tc>
          <w:tcPr>
            <w:tcW w:w="1701" w:type="dxa"/>
            <w:gridSpan w:val="2"/>
            <w:tcBorders>
              <w:top w:val="single" w:sz="4" w:space="0" w:color="000000"/>
              <w:left w:val="single" w:sz="4" w:space="0" w:color="000000"/>
              <w:bottom w:val="single" w:sz="4" w:space="0" w:color="000000"/>
              <w:right w:val="single" w:sz="4" w:space="0" w:color="000000"/>
            </w:tcBorders>
            <w:vAlign w:val="center"/>
          </w:tcPr>
          <w:p w14:paraId="1B87083C" w14:textId="77777777" w:rsidR="006A0893" w:rsidRDefault="00593F49">
            <w:pPr>
              <w:spacing w:before="40" w:line="259" w:lineRule="auto"/>
              <w:jc w:val="center"/>
            </w:pPr>
            <w:proofErr w:type="spellStart"/>
            <w:r>
              <w:rPr>
                <w:sz w:val="21"/>
              </w:rPr>
              <w:t>四十學分班</w:t>
            </w:r>
            <w:proofErr w:type="spellEnd"/>
          </w:p>
        </w:tc>
        <w:tc>
          <w:tcPr>
            <w:tcW w:w="3402" w:type="dxa"/>
            <w:gridSpan w:val="2"/>
            <w:tcBorders>
              <w:top w:val="single" w:sz="4" w:space="0" w:color="000000"/>
              <w:left w:val="single" w:sz="4" w:space="0" w:color="000000"/>
              <w:bottom w:val="single" w:sz="4" w:space="0" w:color="000000"/>
              <w:right w:val="single" w:sz="4" w:space="0" w:color="000000"/>
            </w:tcBorders>
            <w:vAlign w:val="center"/>
          </w:tcPr>
          <w:p w14:paraId="265393F4" w14:textId="77777777" w:rsidR="006A0893" w:rsidRDefault="006A0893">
            <w:pPr>
              <w:spacing w:before="40" w:line="259" w:lineRule="auto"/>
              <w:jc w:val="center"/>
            </w:pPr>
          </w:p>
        </w:tc>
        <w:tc>
          <w:tcPr>
            <w:tcW w:w="1701" w:type="dxa"/>
            <w:gridSpan w:val="2"/>
            <w:tcBorders>
              <w:top w:val="single" w:sz="4" w:space="0" w:color="000000"/>
              <w:left w:val="single" w:sz="4" w:space="0" w:color="000000"/>
              <w:bottom w:val="single" w:sz="4" w:space="0" w:color="000000"/>
              <w:right w:val="single" w:sz="4" w:space="0" w:color="000000"/>
            </w:tcBorders>
            <w:vAlign w:val="center"/>
          </w:tcPr>
          <w:p w14:paraId="6F5FCD48" w14:textId="77777777" w:rsidR="006A0893" w:rsidRDefault="006A0893">
            <w:pPr>
              <w:spacing w:before="40" w:line="259" w:lineRule="auto"/>
              <w:jc w:val="center"/>
            </w:pPr>
          </w:p>
        </w:tc>
        <w:tc>
          <w:tcPr>
            <w:tcW w:w="3288" w:type="dxa"/>
            <w:tcBorders>
              <w:top w:val="single" w:sz="4" w:space="0" w:color="000000"/>
              <w:left w:val="single" w:sz="4" w:space="0" w:color="000000"/>
              <w:bottom w:val="single" w:sz="4" w:space="0" w:color="000000"/>
              <w:right w:val="single" w:sz="4" w:space="0" w:color="000000"/>
            </w:tcBorders>
            <w:vAlign w:val="center"/>
          </w:tcPr>
          <w:p w14:paraId="49533499" w14:textId="77777777" w:rsidR="006A0893" w:rsidRDefault="00593F49">
            <w:pPr>
              <w:spacing w:before="40" w:line="259" w:lineRule="auto"/>
              <w:jc w:val="center"/>
            </w:pPr>
            <w:r>
              <w:rPr>
                <w:sz w:val="21"/>
              </w:rPr>
              <w:t>年　月 至　年　月</w:t>
            </w:r>
          </w:p>
        </w:tc>
      </w:tr>
      <w:tr w:rsidR="006A0893" w14:paraId="2450039E" w14:textId="77777777">
        <w:trPr>
          <w:cantSplit/>
          <w:jc w:val="center"/>
        </w:trPr>
        <w:tc>
          <w:tcPr>
            <w:tcW w:w="1701" w:type="dxa"/>
            <w:gridSpan w:val="2"/>
            <w:tcBorders>
              <w:top w:val="single" w:sz="4" w:space="0" w:color="000000"/>
              <w:left w:val="single" w:sz="4" w:space="0" w:color="000000"/>
              <w:bottom w:val="single" w:sz="4" w:space="0" w:color="000000"/>
              <w:right w:val="single" w:sz="4" w:space="0" w:color="000000"/>
            </w:tcBorders>
            <w:vAlign w:val="center"/>
          </w:tcPr>
          <w:p w14:paraId="12699F64" w14:textId="77777777" w:rsidR="006A0893" w:rsidRDefault="00593F49">
            <w:pPr>
              <w:spacing w:before="40" w:line="259" w:lineRule="auto"/>
              <w:jc w:val="center"/>
            </w:pPr>
            <w:proofErr w:type="spellStart"/>
            <w:r>
              <w:rPr>
                <w:sz w:val="21"/>
              </w:rPr>
              <w:t>碩士</w:t>
            </w:r>
            <w:proofErr w:type="spellEnd"/>
          </w:p>
        </w:tc>
        <w:tc>
          <w:tcPr>
            <w:tcW w:w="3402" w:type="dxa"/>
            <w:gridSpan w:val="2"/>
            <w:tcBorders>
              <w:top w:val="single" w:sz="4" w:space="0" w:color="000000"/>
              <w:left w:val="single" w:sz="4" w:space="0" w:color="000000"/>
              <w:bottom w:val="single" w:sz="4" w:space="0" w:color="000000"/>
              <w:right w:val="single" w:sz="4" w:space="0" w:color="000000"/>
            </w:tcBorders>
            <w:vAlign w:val="center"/>
          </w:tcPr>
          <w:p w14:paraId="7914883B" w14:textId="77777777" w:rsidR="006A0893" w:rsidRDefault="006A0893">
            <w:pPr>
              <w:spacing w:before="40" w:line="259" w:lineRule="auto"/>
              <w:jc w:val="center"/>
            </w:pPr>
          </w:p>
        </w:tc>
        <w:tc>
          <w:tcPr>
            <w:tcW w:w="1701" w:type="dxa"/>
            <w:gridSpan w:val="2"/>
            <w:tcBorders>
              <w:top w:val="single" w:sz="4" w:space="0" w:color="000000"/>
              <w:left w:val="single" w:sz="4" w:space="0" w:color="000000"/>
              <w:bottom w:val="single" w:sz="4" w:space="0" w:color="000000"/>
              <w:right w:val="single" w:sz="4" w:space="0" w:color="000000"/>
            </w:tcBorders>
            <w:vAlign w:val="center"/>
          </w:tcPr>
          <w:p w14:paraId="23BB3586" w14:textId="77777777" w:rsidR="006A0893" w:rsidRDefault="006A0893">
            <w:pPr>
              <w:spacing w:before="40" w:line="259" w:lineRule="auto"/>
              <w:jc w:val="center"/>
            </w:pPr>
          </w:p>
        </w:tc>
        <w:tc>
          <w:tcPr>
            <w:tcW w:w="3288" w:type="dxa"/>
            <w:tcBorders>
              <w:top w:val="single" w:sz="4" w:space="0" w:color="000000"/>
              <w:left w:val="single" w:sz="4" w:space="0" w:color="000000"/>
              <w:bottom w:val="single" w:sz="4" w:space="0" w:color="000000"/>
              <w:right w:val="single" w:sz="4" w:space="0" w:color="000000"/>
            </w:tcBorders>
            <w:vAlign w:val="center"/>
          </w:tcPr>
          <w:p w14:paraId="60011358" w14:textId="77777777" w:rsidR="006A0893" w:rsidRDefault="00593F49">
            <w:pPr>
              <w:spacing w:before="40" w:line="259" w:lineRule="auto"/>
              <w:jc w:val="center"/>
            </w:pPr>
            <w:r>
              <w:rPr>
                <w:sz w:val="21"/>
              </w:rPr>
              <w:t>年　月 至　年　月</w:t>
            </w:r>
          </w:p>
        </w:tc>
      </w:tr>
      <w:tr w:rsidR="006A0893" w14:paraId="682B8228" w14:textId="77777777">
        <w:trPr>
          <w:cantSplit/>
          <w:jc w:val="center"/>
        </w:trPr>
        <w:tc>
          <w:tcPr>
            <w:tcW w:w="1701" w:type="dxa"/>
            <w:gridSpan w:val="2"/>
            <w:tcBorders>
              <w:top w:val="single" w:sz="4" w:space="0" w:color="000000"/>
              <w:left w:val="single" w:sz="4" w:space="0" w:color="000000"/>
              <w:bottom w:val="single" w:sz="4" w:space="0" w:color="000000"/>
              <w:right w:val="single" w:sz="4" w:space="0" w:color="000000"/>
            </w:tcBorders>
            <w:vAlign w:val="center"/>
          </w:tcPr>
          <w:p w14:paraId="2CA78669" w14:textId="77777777" w:rsidR="006A0893" w:rsidRDefault="00593F49">
            <w:pPr>
              <w:spacing w:before="40" w:line="259" w:lineRule="auto"/>
              <w:jc w:val="center"/>
            </w:pPr>
            <w:proofErr w:type="spellStart"/>
            <w:r>
              <w:rPr>
                <w:sz w:val="21"/>
              </w:rPr>
              <w:t>教育學分</w:t>
            </w:r>
            <w:proofErr w:type="spellEnd"/>
          </w:p>
        </w:tc>
        <w:tc>
          <w:tcPr>
            <w:tcW w:w="3402" w:type="dxa"/>
            <w:gridSpan w:val="2"/>
            <w:tcBorders>
              <w:top w:val="single" w:sz="4" w:space="0" w:color="000000"/>
              <w:left w:val="single" w:sz="4" w:space="0" w:color="000000"/>
              <w:bottom w:val="single" w:sz="4" w:space="0" w:color="000000"/>
              <w:right w:val="single" w:sz="4" w:space="0" w:color="000000"/>
            </w:tcBorders>
            <w:vAlign w:val="center"/>
          </w:tcPr>
          <w:p w14:paraId="31DC44F5" w14:textId="77777777" w:rsidR="006A0893" w:rsidRDefault="00593F49">
            <w:pPr>
              <w:spacing w:before="40" w:line="259" w:lineRule="auto"/>
              <w:jc w:val="center"/>
            </w:pPr>
            <w:proofErr w:type="spellStart"/>
            <w:r>
              <w:rPr>
                <w:sz w:val="21"/>
              </w:rPr>
              <w:t>修習學校</w:t>
            </w:r>
            <w:proofErr w:type="spellEnd"/>
            <w:r>
              <w:rPr>
                <w:sz w:val="21"/>
              </w:rPr>
              <w:t>：</w:t>
            </w:r>
          </w:p>
        </w:tc>
        <w:tc>
          <w:tcPr>
            <w:tcW w:w="1701" w:type="dxa"/>
            <w:gridSpan w:val="2"/>
            <w:tcBorders>
              <w:top w:val="single" w:sz="4" w:space="0" w:color="000000"/>
              <w:left w:val="single" w:sz="4" w:space="0" w:color="000000"/>
              <w:bottom w:val="single" w:sz="4" w:space="0" w:color="000000"/>
              <w:right w:val="single" w:sz="4" w:space="0" w:color="000000"/>
            </w:tcBorders>
            <w:vAlign w:val="center"/>
          </w:tcPr>
          <w:p w14:paraId="6A4E4A89" w14:textId="77777777" w:rsidR="006A0893" w:rsidRDefault="00593F49">
            <w:pPr>
              <w:spacing w:before="40" w:line="259" w:lineRule="auto"/>
              <w:jc w:val="center"/>
            </w:pPr>
            <w:proofErr w:type="spellStart"/>
            <w:r>
              <w:rPr>
                <w:sz w:val="21"/>
              </w:rPr>
              <w:t>學分數</w:t>
            </w:r>
            <w:proofErr w:type="spellEnd"/>
            <w:r>
              <w:rPr>
                <w:sz w:val="21"/>
              </w:rPr>
              <w:t>：</w:t>
            </w:r>
          </w:p>
        </w:tc>
        <w:tc>
          <w:tcPr>
            <w:tcW w:w="3288" w:type="dxa"/>
            <w:tcBorders>
              <w:top w:val="single" w:sz="4" w:space="0" w:color="000000"/>
              <w:left w:val="single" w:sz="4" w:space="0" w:color="000000"/>
              <w:bottom w:val="single" w:sz="4" w:space="0" w:color="000000"/>
              <w:right w:val="single" w:sz="4" w:space="0" w:color="000000"/>
            </w:tcBorders>
            <w:vAlign w:val="center"/>
          </w:tcPr>
          <w:p w14:paraId="588E5A50" w14:textId="77777777" w:rsidR="006A0893" w:rsidRDefault="00593F49">
            <w:pPr>
              <w:spacing w:before="40" w:line="259" w:lineRule="auto"/>
              <w:jc w:val="center"/>
            </w:pPr>
            <w:proofErr w:type="spellStart"/>
            <w:r>
              <w:rPr>
                <w:sz w:val="21"/>
              </w:rPr>
              <w:t>證書字號</w:t>
            </w:r>
            <w:proofErr w:type="spellEnd"/>
            <w:r>
              <w:rPr>
                <w:sz w:val="21"/>
              </w:rPr>
              <w:t>：</w:t>
            </w:r>
          </w:p>
        </w:tc>
      </w:tr>
      <w:tr w:rsidR="006A0893" w14:paraId="0641D149" w14:textId="77777777">
        <w:trPr>
          <w:cantSplit/>
          <w:jc w:val="center"/>
        </w:trPr>
        <w:tc>
          <w:tcPr>
            <w:tcW w:w="1701" w:type="dxa"/>
            <w:gridSpan w:val="2"/>
            <w:tcBorders>
              <w:top w:val="single" w:sz="4" w:space="0" w:color="000000"/>
              <w:left w:val="single" w:sz="4" w:space="0" w:color="000000"/>
              <w:bottom w:val="single" w:sz="4" w:space="0" w:color="000000"/>
              <w:right w:val="single" w:sz="4" w:space="0" w:color="000000"/>
            </w:tcBorders>
            <w:vAlign w:val="center"/>
          </w:tcPr>
          <w:p w14:paraId="682D233A" w14:textId="77777777" w:rsidR="006A0893" w:rsidRDefault="00593F49">
            <w:pPr>
              <w:spacing w:before="40" w:line="259" w:lineRule="auto"/>
              <w:jc w:val="center"/>
            </w:pPr>
            <w:proofErr w:type="spellStart"/>
            <w:r>
              <w:rPr>
                <w:sz w:val="21"/>
              </w:rPr>
              <w:t>專門學分</w:t>
            </w:r>
            <w:proofErr w:type="spellEnd"/>
          </w:p>
        </w:tc>
        <w:tc>
          <w:tcPr>
            <w:tcW w:w="3402" w:type="dxa"/>
            <w:gridSpan w:val="2"/>
            <w:tcBorders>
              <w:top w:val="single" w:sz="4" w:space="0" w:color="000000"/>
              <w:left w:val="single" w:sz="4" w:space="0" w:color="000000"/>
              <w:bottom w:val="single" w:sz="4" w:space="0" w:color="000000"/>
              <w:right w:val="single" w:sz="4" w:space="0" w:color="000000"/>
            </w:tcBorders>
            <w:vAlign w:val="center"/>
          </w:tcPr>
          <w:p w14:paraId="26AD5B16" w14:textId="77777777" w:rsidR="006A0893" w:rsidRDefault="00593F49">
            <w:pPr>
              <w:spacing w:before="40" w:line="259" w:lineRule="auto"/>
              <w:jc w:val="center"/>
              <w:rPr>
                <w:lang w:eastAsia="zh-TW"/>
              </w:rPr>
            </w:pPr>
            <w:r>
              <w:rPr>
                <w:sz w:val="21"/>
                <w:lang w:eastAsia="zh-TW"/>
              </w:rPr>
              <w:t>修習學校：</w:t>
            </w:r>
            <w:r>
              <w:rPr>
                <w:sz w:val="21"/>
                <w:lang w:eastAsia="zh-TW"/>
              </w:rPr>
              <w:br/>
              <w:t>科目名稱：</w:t>
            </w:r>
          </w:p>
        </w:tc>
        <w:tc>
          <w:tcPr>
            <w:tcW w:w="1701" w:type="dxa"/>
            <w:gridSpan w:val="2"/>
            <w:tcBorders>
              <w:top w:val="single" w:sz="4" w:space="0" w:color="000000"/>
              <w:left w:val="single" w:sz="4" w:space="0" w:color="000000"/>
              <w:bottom w:val="single" w:sz="4" w:space="0" w:color="000000"/>
              <w:right w:val="single" w:sz="4" w:space="0" w:color="000000"/>
            </w:tcBorders>
            <w:vAlign w:val="center"/>
          </w:tcPr>
          <w:p w14:paraId="638C2DDC" w14:textId="77777777" w:rsidR="006A0893" w:rsidRDefault="00593F49">
            <w:pPr>
              <w:spacing w:before="40" w:line="259" w:lineRule="auto"/>
              <w:jc w:val="center"/>
            </w:pPr>
            <w:proofErr w:type="spellStart"/>
            <w:r>
              <w:rPr>
                <w:sz w:val="21"/>
              </w:rPr>
              <w:t>學分數</w:t>
            </w:r>
            <w:proofErr w:type="spellEnd"/>
            <w:r>
              <w:rPr>
                <w:sz w:val="21"/>
              </w:rPr>
              <w:t>：</w:t>
            </w:r>
          </w:p>
        </w:tc>
        <w:tc>
          <w:tcPr>
            <w:tcW w:w="3288" w:type="dxa"/>
            <w:tcBorders>
              <w:top w:val="single" w:sz="4" w:space="0" w:color="000000"/>
              <w:left w:val="single" w:sz="4" w:space="0" w:color="000000"/>
              <w:bottom w:val="single" w:sz="4" w:space="0" w:color="000000"/>
              <w:right w:val="single" w:sz="4" w:space="0" w:color="000000"/>
            </w:tcBorders>
            <w:vAlign w:val="center"/>
          </w:tcPr>
          <w:p w14:paraId="13C84D15" w14:textId="77777777" w:rsidR="006A0893" w:rsidRDefault="00593F49">
            <w:pPr>
              <w:spacing w:before="40" w:line="259" w:lineRule="auto"/>
              <w:jc w:val="center"/>
            </w:pPr>
            <w:proofErr w:type="spellStart"/>
            <w:r>
              <w:rPr>
                <w:sz w:val="21"/>
              </w:rPr>
              <w:t>證書字號</w:t>
            </w:r>
            <w:proofErr w:type="spellEnd"/>
            <w:r>
              <w:rPr>
                <w:sz w:val="21"/>
              </w:rPr>
              <w:t>：</w:t>
            </w:r>
          </w:p>
        </w:tc>
      </w:tr>
      <w:tr w:rsidR="006A0893" w14:paraId="0B8C6C09" w14:textId="77777777">
        <w:trPr>
          <w:cantSplit/>
          <w:jc w:val="center"/>
        </w:trPr>
        <w:tc>
          <w:tcPr>
            <w:tcW w:w="1701" w:type="dxa"/>
            <w:gridSpan w:val="2"/>
            <w:tcBorders>
              <w:top w:val="single" w:sz="4" w:space="0" w:color="000000"/>
              <w:left w:val="single" w:sz="4" w:space="0" w:color="000000"/>
              <w:bottom w:val="single" w:sz="4" w:space="0" w:color="000000"/>
              <w:right w:val="single" w:sz="4" w:space="0" w:color="000000"/>
            </w:tcBorders>
            <w:vAlign w:val="center"/>
          </w:tcPr>
          <w:p w14:paraId="260688E8" w14:textId="77777777" w:rsidR="006A0893" w:rsidRDefault="00593F49">
            <w:pPr>
              <w:spacing w:before="40" w:line="259" w:lineRule="auto"/>
              <w:jc w:val="center"/>
            </w:pPr>
            <w:proofErr w:type="spellStart"/>
            <w:r>
              <w:rPr>
                <w:sz w:val="21"/>
              </w:rPr>
              <w:t>教師登記</w:t>
            </w:r>
            <w:proofErr w:type="spellEnd"/>
          </w:p>
        </w:tc>
        <w:tc>
          <w:tcPr>
            <w:tcW w:w="3402" w:type="dxa"/>
            <w:gridSpan w:val="2"/>
            <w:tcBorders>
              <w:top w:val="single" w:sz="4" w:space="0" w:color="000000"/>
              <w:left w:val="single" w:sz="4" w:space="0" w:color="000000"/>
              <w:bottom w:val="single" w:sz="4" w:space="0" w:color="000000"/>
              <w:right w:val="single" w:sz="4" w:space="0" w:color="000000"/>
            </w:tcBorders>
            <w:vAlign w:val="center"/>
          </w:tcPr>
          <w:p w14:paraId="63BEE646" w14:textId="77777777" w:rsidR="006A0893" w:rsidRDefault="00593F49">
            <w:pPr>
              <w:spacing w:before="40" w:line="259" w:lineRule="auto"/>
              <w:jc w:val="center"/>
            </w:pPr>
            <w:proofErr w:type="spellStart"/>
            <w:r>
              <w:rPr>
                <w:sz w:val="21"/>
              </w:rPr>
              <w:t>登記種類及科目</w:t>
            </w:r>
            <w:proofErr w:type="spellEnd"/>
            <w:r>
              <w:rPr>
                <w:sz w:val="21"/>
              </w:rPr>
              <w:t>：</w:t>
            </w:r>
          </w:p>
        </w:tc>
        <w:tc>
          <w:tcPr>
            <w:tcW w:w="1701" w:type="dxa"/>
            <w:gridSpan w:val="2"/>
            <w:tcBorders>
              <w:top w:val="single" w:sz="4" w:space="0" w:color="000000"/>
              <w:left w:val="single" w:sz="4" w:space="0" w:color="000000"/>
              <w:bottom w:val="single" w:sz="4" w:space="0" w:color="000000"/>
              <w:right w:val="single" w:sz="4" w:space="0" w:color="000000"/>
            </w:tcBorders>
            <w:vAlign w:val="center"/>
          </w:tcPr>
          <w:p w14:paraId="2D94FBE6" w14:textId="77777777" w:rsidR="006A0893" w:rsidRDefault="006A0893">
            <w:pPr>
              <w:spacing w:before="40" w:line="259" w:lineRule="auto"/>
              <w:jc w:val="center"/>
            </w:pPr>
          </w:p>
        </w:tc>
        <w:tc>
          <w:tcPr>
            <w:tcW w:w="3288" w:type="dxa"/>
            <w:tcBorders>
              <w:top w:val="single" w:sz="4" w:space="0" w:color="000000"/>
              <w:left w:val="single" w:sz="4" w:space="0" w:color="000000"/>
              <w:bottom w:val="single" w:sz="4" w:space="0" w:color="000000"/>
              <w:right w:val="single" w:sz="4" w:space="0" w:color="000000"/>
            </w:tcBorders>
            <w:vAlign w:val="center"/>
          </w:tcPr>
          <w:p w14:paraId="479072AF" w14:textId="77777777" w:rsidR="006A0893" w:rsidRDefault="00593F49">
            <w:pPr>
              <w:spacing w:before="40" w:line="259" w:lineRule="auto"/>
              <w:jc w:val="center"/>
            </w:pPr>
            <w:proofErr w:type="spellStart"/>
            <w:r>
              <w:rPr>
                <w:sz w:val="21"/>
              </w:rPr>
              <w:t>證書字號</w:t>
            </w:r>
            <w:proofErr w:type="spellEnd"/>
            <w:r>
              <w:rPr>
                <w:sz w:val="21"/>
              </w:rPr>
              <w:t>：</w:t>
            </w:r>
          </w:p>
        </w:tc>
      </w:tr>
      <w:tr w:rsidR="006A0893" w14:paraId="45E545D8" w14:textId="77777777">
        <w:trPr>
          <w:cantSplit/>
          <w:jc w:val="center"/>
        </w:trPr>
        <w:tc>
          <w:tcPr>
            <w:tcW w:w="1701" w:type="dxa"/>
            <w:gridSpan w:val="2"/>
            <w:tcBorders>
              <w:top w:val="single" w:sz="4" w:space="0" w:color="000000"/>
              <w:left w:val="single" w:sz="4" w:space="0" w:color="000000"/>
              <w:bottom w:val="single" w:sz="4" w:space="0" w:color="000000"/>
              <w:right w:val="single" w:sz="4" w:space="0" w:color="000000"/>
            </w:tcBorders>
            <w:vAlign w:val="center"/>
          </w:tcPr>
          <w:p w14:paraId="25193B2F" w14:textId="77777777" w:rsidR="006A0893" w:rsidRDefault="00593F49">
            <w:pPr>
              <w:spacing w:before="40" w:line="259" w:lineRule="auto"/>
              <w:jc w:val="center"/>
            </w:pPr>
            <w:proofErr w:type="spellStart"/>
            <w:r>
              <w:rPr>
                <w:sz w:val="21"/>
              </w:rPr>
              <w:t>實習教師</w:t>
            </w:r>
            <w:proofErr w:type="spellEnd"/>
          </w:p>
        </w:tc>
        <w:tc>
          <w:tcPr>
            <w:tcW w:w="3402" w:type="dxa"/>
            <w:gridSpan w:val="2"/>
            <w:tcBorders>
              <w:top w:val="single" w:sz="4" w:space="0" w:color="000000"/>
              <w:left w:val="single" w:sz="4" w:space="0" w:color="000000"/>
              <w:bottom w:val="single" w:sz="4" w:space="0" w:color="000000"/>
              <w:right w:val="single" w:sz="4" w:space="0" w:color="000000"/>
            </w:tcBorders>
            <w:vAlign w:val="center"/>
          </w:tcPr>
          <w:p w14:paraId="54005077" w14:textId="77777777" w:rsidR="006A0893" w:rsidRDefault="00593F49">
            <w:pPr>
              <w:spacing w:before="40" w:line="259" w:lineRule="auto"/>
              <w:jc w:val="center"/>
            </w:pPr>
            <w:proofErr w:type="spellStart"/>
            <w:r>
              <w:rPr>
                <w:sz w:val="21"/>
              </w:rPr>
              <w:t>登記種類及科目</w:t>
            </w:r>
            <w:proofErr w:type="spellEnd"/>
            <w:r>
              <w:rPr>
                <w:sz w:val="21"/>
              </w:rPr>
              <w:t>：</w:t>
            </w:r>
          </w:p>
        </w:tc>
        <w:tc>
          <w:tcPr>
            <w:tcW w:w="1701" w:type="dxa"/>
            <w:gridSpan w:val="2"/>
            <w:tcBorders>
              <w:top w:val="single" w:sz="4" w:space="0" w:color="000000"/>
              <w:left w:val="single" w:sz="4" w:space="0" w:color="000000"/>
              <w:bottom w:val="single" w:sz="4" w:space="0" w:color="000000"/>
              <w:right w:val="single" w:sz="4" w:space="0" w:color="000000"/>
            </w:tcBorders>
            <w:vAlign w:val="center"/>
          </w:tcPr>
          <w:p w14:paraId="2B1BCFA1" w14:textId="77777777" w:rsidR="006A0893" w:rsidRDefault="006A0893">
            <w:pPr>
              <w:spacing w:before="40" w:line="259" w:lineRule="auto"/>
              <w:jc w:val="center"/>
            </w:pPr>
          </w:p>
        </w:tc>
        <w:tc>
          <w:tcPr>
            <w:tcW w:w="3288" w:type="dxa"/>
            <w:tcBorders>
              <w:top w:val="single" w:sz="4" w:space="0" w:color="000000"/>
              <w:left w:val="single" w:sz="4" w:space="0" w:color="000000"/>
              <w:bottom w:val="single" w:sz="4" w:space="0" w:color="000000"/>
              <w:right w:val="single" w:sz="4" w:space="0" w:color="000000"/>
            </w:tcBorders>
            <w:vAlign w:val="center"/>
          </w:tcPr>
          <w:p w14:paraId="64F92AA1" w14:textId="77777777" w:rsidR="006A0893" w:rsidRDefault="00593F49">
            <w:pPr>
              <w:spacing w:before="40" w:line="259" w:lineRule="auto"/>
              <w:jc w:val="center"/>
            </w:pPr>
            <w:proofErr w:type="spellStart"/>
            <w:r>
              <w:rPr>
                <w:sz w:val="21"/>
              </w:rPr>
              <w:t>證書字號</w:t>
            </w:r>
            <w:proofErr w:type="spellEnd"/>
            <w:r>
              <w:rPr>
                <w:sz w:val="21"/>
              </w:rPr>
              <w:t>：</w:t>
            </w:r>
          </w:p>
        </w:tc>
      </w:tr>
      <w:tr w:rsidR="006A0893" w14:paraId="2AB5AFE4" w14:textId="77777777">
        <w:trPr>
          <w:cantSplit/>
          <w:tblHeader/>
          <w:jc w:val="center"/>
        </w:trPr>
        <w:tc>
          <w:tcPr>
            <w:tcW w:w="850" w:type="dxa"/>
            <w:tcBorders>
              <w:top w:val="single" w:sz="4" w:space="0" w:color="000000"/>
              <w:left w:val="single" w:sz="4" w:space="0" w:color="000000"/>
              <w:bottom w:val="single" w:sz="4" w:space="0" w:color="000000"/>
              <w:right w:val="single" w:sz="4" w:space="0" w:color="000000"/>
            </w:tcBorders>
            <w:vAlign w:val="center"/>
          </w:tcPr>
          <w:p w14:paraId="07B543C4" w14:textId="77777777" w:rsidR="006A0893" w:rsidRDefault="00593F49">
            <w:pPr>
              <w:spacing w:before="40" w:line="259" w:lineRule="auto"/>
              <w:jc w:val="center"/>
            </w:pPr>
            <w:proofErr w:type="spellStart"/>
            <w:r>
              <w:rPr>
                <w:b/>
                <w:sz w:val="21"/>
              </w:rPr>
              <w:t>經歷</w:t>
            </w:r>
            <w:proofErr w:type="spellEnd"/>
          </w:p>
        </w:tc>
        <w:tc>
          <w:tcPr>
            <w:tcW w:w="3402" w:type="dxa"/>
            <w:gridSpan w:val="2"/>
            <w:tcBorders>
              <w:top w:val="single" w:sz="4" w:space="0" w:color="000000"/>
              <w:left w:val="single" w:sz="4" w:space="0" w:color="000000"/>
              <w:bottom w:val="single" w:sz="4" w:space="0" w:color="000000"/>
              <w:right w:val="single" w:sz="4" w:space="0" w:color="000000"/>
            </w:tcBorders>
            <w:vAlign w:val="center"/>
          </w:tcPr>
          <w:p w14:paraId="4FF576F1" w14:textId="77777777" w:rsidR="006A0893" w:rsidRDefault="00593F49">
            <w:pPr>
              <w:spacing w:before="40" w:line="259" w:lineRule="auto"/>
              <w:jc w:val="center"/>
            </w:pPr>
            <w:proofErr w:type="spellStart"/>
            <w:r>
              <w:rPr>
                <w:b/>
                <w:sz w:val="21"/>
              </w:rPr>
              <w:t>服務單位</w:t>
            </w:r>
            <w:proofErr w:type="spellEnd"/>
          </w:p>
        </w:tc>
        <w:tc>
          <w:tcPr>
            <w:tcW w:w="1701" w:type="dxa"/>
            <w:gridSpan w:val="2"/>
            <w:tcBorders>
              <w:top w:val="single" w:sz="4" w:space="0" w:color="000000"/>
              <w:left w:val="single" w:sz="4" w:space="0" w:color="000000"/>
              <w:bottom w:val="single" w:sz="4" w:space="0" w:color="000000"/>
              <w:right w:val="single" w:sz="4" w:space="0" w:color="000000"/>
            </w:tcBorders>
            <w:vAlign w:val="center"/>
          </w:tcPr>
          <w:p w14:paraId="16E0D2FF" w14:textId="77777777" w:rsidR="006A0893" w:rsidRDefault="00593F49">
            <w:pPr>
              <w:spacing w:before="40" w:line="259" w:lineRule="auto"/>
              <w:jc w:val="center"/>
            </w:pPr>
            <w:proofErr w:type="spellStart"/>
            <w:r>
              <w:rPr>
                <w:b/>
                <w:sz w:val="21"/>
              </w:rPr>
              <w:t>職稱</w:t>
            </w:r>
            <w:proofErr w:type="spellEnd"/>
          </w:p>
        </w:tc>
        <w:tc>
          <w:tcPr>
            <w:tcW w:w="4139" w:type="dxa"/>
            <w:gridSpan w:val="2"/>
            <w:tcBorders>
              <w:top w:val="single" w:sz="4" w:space="0" w:color="000000"/>
              <w:left w:val="single" w:sz="4" w:space="0" w:color="000000"/>
              <w:bottom w:val="single" w:sz="4" w:space="0" w:color="000000"/>
              <w:right w:val="single" w:sz="4" w:space="0" w:color="000000"/>
            </w:tcBorders>
            <w:vAlign w:val="center"/>
          </w:tcPr>
          <w:p w14:paraId="4A0B3323" w14:textId="77777777" w:rsidR="006A0893" w:rsidRDefault="00593F49">
            <w:pPr>
              <w:spacing w:before="40" w:line="259" w:lineRule="auto"/>
              <w:jc w:val="center"/>
            </w:pPr>
            <w:proofErr w:type="spellStart"/>
            <w:r>
              <w:rPr>
                <w:b/>
                <w:sz w:val="21"/>
              </w:rPr>
              <w:t>起訖年月日</w:t>
            </w:r>
            <w:proofErr w:type="spellEnd"/>
          </w:p>
        </w:tc>
      </w:tr>
      <w:tr w:rsidR="006A0893" w14:paraId="7045ED11" w14:textId="77777777">
        <w:trPr>
          <w:cantSplit/>
          <w:jc w:val="center"/>
        </w:trPr>
        <w:tc>
          <w:tcPr>
            <w:tcW w:w="850" w:type="dxa"/>
            <w:tcBorders>
              <w:top w:val="single" w:sz="4" w:space="0" w:color="000000"/>
              <w:left w:val="single" w:sz="4" w:space="0" w:color="000000"/>
              <w:bottom w:val="single" w:sz="4" w:space="0" w:color="000000"/>
              <w:right w:val="single" w:sz="4" w:space="0" w:color="000000"/>
            </w:tcBorders>
            <w:vAlign w:val="center"/>
          </w:tcPr>
          <w:p w14:paraId="17298011" w14:textId="77777777" w:rsidR="006A0893" w:rsidRDefault="00593F49">
            <w:pPr>
              <w:spacing w:before="40" w:line="259" w:lineRule="auto"/>
              <w:jc w:val="center"/>
            </w:pPr>
            <w:r>
              <w:rPr>
                <w:sz w:val="21"/>
              </w:rPr>
              <w:t>1</w:t>
            </w:r>
          </w:p>
        </w:tc>
        <w:tc>
          <w:tcPr>
            <w:tcW w:w="3402" w:type="dxa"/>
            <w:gridSpan w:val="2"/>
            <w:tcBorders>
              <w:top w:val="single" w:sz="4" w:space="0" w:color="000000"/>
              <w:left w:val="single" w:sz="4" w:space="0" w:color="000000"/>
              <w:bottom w:val="single" w:sz="4" w:space="0" w:color="000000"/>
              <w:right w:val="single" w:sz="4" w:space="0" w:color="000000"/>
            </w:tcBorders>
            <w:vAlign w:val="center"/>
          </w:tcPr>
          <w:p w14:paraId="2E22D588" w14:textId="77777777" w:rsidR="006A0893" w:rsidRDefault="006A0893">
            <w:pPr>
              <w:spacing w:before="40" w:line="259" w:lineRule="auto"/>
              <w:jc w:val="center"/>
            </w:pPr>
          </w:p>
        </w:tc>
        <w:tc>
          <w:tcPr>
            <w:tcW w:w="1701" w:type="dxa"/>
            <w:gridSpan w:val="2"/>
            <w:tcBorders>
              <w:top w:val="single" w:sz="4" w:space="0" w:color="000000"/>
              <w:left w:val="single" w:sz="4" w:space="0" w:color="000000"/>
              <w:bottom w:val="single" w:sz="4" w:space="0" w:color="000000"/>
              <w:right w:val="single" w:sz="4" w:space="0" w:color="000000"/>
            </w:tcBorders>
            <w:vAlign w:val="center"/>
          </w:tcPr>
          <w:p w14:paraId="09669595" w14:textId="77777777" w:rsidR="006A0893" w:rsidRDefault="006A0893">
            <w:pPr>
              <w:spacing w:before="40" w:line="259" w:lineRule="auto"/>
              <w:jc w:val="center"/>
            </w:pPr>
          </w:p>
        </w:tc>
        <w:tc>
          <w:tcPr>
            <w:tcW w:w="4139" w:type="dxa"/>
            <w:gridSpan w:val="2"/>
            <w:tcBorders>
              <w:top w:val="single" w:sz="4" w:space="0" w:color="000000"/>
              <w:left w:val="single" w:sz="4" w:space="0" w:color="000000"/>
              <w:bottom w:val="single" w:sz="4" w:space="0" w:color="000000"/>
              <w:right w:val="single" w:sz="4" w:space="0" w:color="000000"/>
            </w:tcBorders>
            <w:vAlign w:val="center"/>
          </w:tcPr>
          <w:p w14:paraId="3F851A12" w14:textId="77777777" w:rsidR="006A0893" w:rsidRDefault="00593F49">
            <w:pPr>
              <w:spacing w:before="40" w:line="259" w:lineRule="auto"/>
              <w:jc w:val="center"/>
            </w:pPr>
            <w:r>
              <w:rPr>
                <w:sz w:val="21"/>
              </w:rPr>
              <w:t xml:space="preserve">年　月　</w:t>
            </w:r>
            <w:proofErr w:type="spellStart"/>
            <w:r>
              <w:rPr>
                <w:sz w:val="21"/>
              </w:rPr>
              <w:t>日至</w:t>
            </w:r>
            <w:proofErr w:type="spellEnd"/>
            <w:r>
              <w:rPr>
                <w:sz w:val="21"/>
              </w:rPr>
              <w:t xml:space="preserve">　年　月　日</w:t>
            </w:r>
          </w:p>
        </w:tc>
      </w:tr>
      <w:tr w:rsidR="006A0893" w14:paraId="6AEBA1B1" w14:textId="77777777">
        <w:trPr>
          <w:cantSplit/>
          <w:jc w:val="center"/>
        </w:trPr>
        <w:tc>
          <w:tcPr>
            <w:tcW w:w="850" w:type="dxa"/>
            <w:tcBorders>
              <w:top w:val="single" w:sz="4" w:space="0" w:color="000000"/>
              <w:left w:val="single" w:sz="4" w:space="0" w:color="000000"/>
              <w:bottom w:val="single" w:sz="4" w:space="0" w:color="000000"/>
              <w:right w:val="single" w:sz="4" w:space="0" w:color="000000"/>
            </w:tcBorders>
            <w:vAlign w:val="center"/>
          </w:tcPr>
          <w:p w14:paraId="45A49EC9" w14:textId="77777777" w:rsidR="006A0893" w:rsidRDefault="00593F49">
            <w:pPr>
              <w:spacing w:before="40" w:line="259" w:lineRule="auto"/>
              <w:jc w:val="center"/>
            </w:pPr>
            <w:r>
              <w:rPr>
                <w:sz w:val="21"/>
              </w:rPr>
              <w:t>2</w:t>
            </w:r>
          </w:p>
        </w:tc>
        <w:tc>
          <w:tcPr>
            <w:tcW w:w="3402" w:type="dxa"/>
            <w:gridSpan w:val="2"/>
            <w:tcBorders>
              <w:top w:val="single" w:sz="4" w:space="0" w:color="000000"/>
              <w:left w:val="single" w:sz="4" w:space="0" w:color="000000"/>
              <w:bottom w:val="single" w:sz="4" w:space="0" w:color="000000"/>
              <w:right w:val="single" w:sz="4" w:space="0" w:color="000000"/>
            </w:tcBorders>
            <w:vAlign w:val="center"/>
          </w:tcPr>
          <w:p w14:paraId="576C575D" w14:textId="77777777" w:rsidR="006A0893" w:rsidRDefault="006A0893">
            <w:pPr>
              <w:spacing w:before="40" w:line="259" w:lineRule="auto"/>
              <w:jc w:val="center"/>
            </w:pPr>
          </w:p>
        </w:tc>
        <w:tc>
          <w:tcPr>
            <w:tcW w:w="1701" w:type="dxa"/>
            <w:gridSpan w:val="2"/>
            <w:tcBorders>
              <w:top w:val="single" w:sz="4" w:space="0" w:color="000000"/>
              <w:left w:val="single" w:sz="4" w:space="0" w:color="000000"/>
              <w:bottom w:val="single" w:sz="4" w:space="0" w:color="000000"/>
              <w:right w:val="single" w:sz="4" w:space="0" w:color="000000"/>
            </w:tcBorders>
            <w:vAlign w:val="center"/>
          </w:tcPr>
          <w:p w14:paraId="72607C86" w14:textId="77777777" w:rsidR="006A0893" w:rsidRDefault="006A0893">
            <w:pPr>
              <w:spacing w:before="40" w:line="259" w:lineRule="auto"/>
              <w:jc w:val="center"/>
            </w:pPr>
          </w:p>
        </w:tc>
        <w:tc>
          <w:tcPr>
            <w:tcW w:w="4139" w:type="dxa"/>
            <w:gridSpan w:val="2"/>
            <w:tcBorders>
              <w:top w:val="single" w:sz="4" w:space="0" w:color="000000"/>
              <w:left w:val="single" w:sz="4" w:space="0" w:color="000000"/>
              <w:bottom w:val="single" w:sz="4" w:space="0" w:color="000000"/>
              <w:right w:val="single" w:sz="4" w:space="0" w:color="000000"/>
            </w:tcBorders>
            <w:vAlign w:val="center"/>
          </w:tcPr>
          <w:p w14:paraId="7A96168A" w14:textId="77777777" w:rsidR="006A0893" w:rsidRDefault="00593F49">
            <w:pPr>
              <w:spacing w:before="40" w:line="259" w:lineRule="auto"/>
              <w:jc w:val="center"/>
            </w:pPr>
            <w:r>
              <w:rPr>
                <w:sz w:val="21"/>
              </w:rPr>
              <w:t xml:space="preserve">年　月　</w:t>
            </w:r>
            <w:proofErr w:type="spellStart"/>
            <w:r>
              <w:rPr>
                <w:sz w:val="21"/>
              </w:rPr>
              <w:t>日至</w:t>
            </w:r>
            <w:proofErr w:type="spellEnd"/>
            <w:r>
              <w:rPr>
                <w:sz w:val="21"/>
              </w:rPr>
              <w:t xml:space="preserve">　年　月　日</w:t>
            </w:r>
          </w:p>
        </w:tc>
      </w:tr>
      <w:tr w:rsidR="006A0893" w14:paraId="34081D5F" w14:textId="77777777">
        <w:trPr>
          <w:cantSplit/>
          <w:jc w:val="center"/>
        </w:trPr>
        <w:tc>
          <w:tcPr>
            <w:tcW w:w="850" w:type="dxa"/>
            <w:tcBorders>
              <w:top w:val="single" w:sz="4" w:space="0" w:color="000000"/>
              <w:left w:val="single" w:sz="4" w:space="0" w:color="000000"/>
              <w:bottom w:val="single" w:sz="4" w:space="0" w:color="000000"/>
              <w:right w:val="single" w:sz="4" w:space="0" w:color="000000"/>
            </w:tcBorders>
            <w:vAlign w:val="center"/>
          </w:tcPr>
          <w:p w14:paraId="6CA7035A" w14:textId="77777777" w:rsidR="006A0893" w:rsidRDefault="00593F49">
            <w:pPr>
              <w:spacing w:before="40" w:line="259" w:lineRule="auto"/>
              <w:jc w:val="center"/>
            </w:pPr>
            <w:r>
              <w:rPr>
                <w:sz w:val="21"/>
              </w:rPr>
              <w:t>3</w:t>
            </w:r>
          </w:p>
        </w:tc>
        <w:tc>
          <w:tcPr>
            <w:tcW w:w="3402" w:type="dxa"/>
            <w:gridSpan w:val="2"/>
            <w:tcBorders>
              <w:top w:val="single" w:sz="4" w:space="0" w:color="000000"/>
              <w:left w:val="single" w:sz="4" w:space="0" w:color="000000"/>
              <w:bottom w:val="single" w:sz="4" w:space="0" w:color="000000"/>
              <w:right w:val="single" w:sz="4" w:space="0" w:color="000000"/>
            </w:tcBorders>
            <w:vAlign w:val="center"/>
          </w:tcPr>
          <w:p w14:paraId="5E387DDE" w14:textId="77777777" w:rsidR="006A0893" w:rsidRDefault="006A0893">
            <w:pPr>
              <w:spacing w:before="40" w:line="259" w:lineRule="auto"/>
              <w:jc w:val="center"/>
            </w:pPr>
          </w:p>
        </w:tc>
        <w:tc>
          <w:tcPr>
            <w:tcW w:w="1701" w:type="dxa"/>
            <w:gridSpan w:val="2"/>
            <w:tcBorders>
              <w:top w:val="single" w:sz="4" w:space="0" w:color="000000"/>
              <w:left w:val="single" w:sz="4" w:space="0" w:color="000000"/>
              <w:bottom w:val="single" w:sz="4" w:space="0" w:color="000000"/>
              <w:right w:val="single" w:sz="4" w:space="0" w:color="000000"/>
            </w:tcBorders>
            <w:vAlign w:val="center"/>
          </w:tcPr>
          <w:p w14:paraId="38419653" w14:textId="77777777" w:rsidR="006A0893" w:rsidRDefault="006A0893">
            <w:pPr>
              <w:spacing w:before="40" w:line="259" w:lineRule="auto"/>
              <w:jc w:val="center"/>
            </w:pPr>
          </w:p>
        </w:tc>
        <w:tc>
          <w:tcPr>
            <w:tcW w:w="4139" w:type="dxa"/>
            <w:gridSpan w:val="2"/>
            <w:tcBorders>
              <w:top w:val="single" w:sz="4" w:space="0" w:color="000000"/>
              <w:left w:val="single" w:sz="4" w:space="0" w:color="000000"/>
              <w:bottom w:val="single" w:sz="4" w:space="0" w:color="000000"/>
              <w:right w:val="single" w:sz="4" w:space="0" w:color="000000"/>
            </w:tcBorders>
            <w:vAlign w:val="center"/>
          </w:tcPr>
          <w:p w14:paraId="4730BE7A" w14:textId="77777777" w:rsidR="006A0893" w:rsidRDefault="00593F49">
            <w:pPr>
              <w:spacing w:before="40" w:line="259" w:lineRule="auto"/>
              <w:jc w:val="center"/>
            </w:pPr>
            <w:r>
              <w:rPr>
                <w:sz w:val="21"/>
              </w:rPr>
              <w:t xml:space="preserve">年　月　</w:t>
            </w:r>
            <w:proofErr w:type="spellStart"/>
            <w:r>
              <w:rPr>
                <w:sz w:val="21"/>
              </w:rPr>
              <w:t>日至</w:t>
            </w:r>
            <w:proofErr w:type="spellEnd"/>
            <w:r>
              <w:rPr>
                <w:sz w:val="21"/>
              </w:rPr>
              <w:t xml:space="preserve">　年　月　日</w:t>
            </w:r>
          </w:p>
        </w:tc>
      </w:tr>
      <w:tr w:rsidR="006A0893" w14:paraId="01BF9C70" w14:textId="77777777">
        <w:trPr>
          <w:cantSplit/>
          <w:jc w:val="center"/>
        </w:trPr>
        <w:tc>
          <w:tcPr>
            <w:tcW w:w="850" w:type="dxa"/>
            <w:tcBorders>
              <w:top w:val="single" w:sz="4" w:space="0" w:color="000000"/>
              <w:left w:val="single" w:sz="4" w:space="0" w:color="000000"/>
              <w:bottom w:val="single" w:sz="4" w:space="0" w:color="000000"/>
              <w:right w:val="single" w:sz="4" w:space="0" w:color="000000"/>
            </w:tcBorders>
            <w:vAlign w:val="center"/>
          </w:tcPr>
          <w:p w14:paraId="365B9131" w14:textId="77777777" w:rsidR="006A0893" w:rsidRDefault="00593F49">
            <w:pPr>
              <w:spacing w:before="40" w:line="259" w:lineRule="auto"/>
              <w:jc w:val="center"/>
            </w:pPr>
            <w:proofErr w:type="spellStart"/>
            <w:r>
              <w:rPr>
                <w:sz w:val="21"/>
              </w:rPr>
              <w:t>現職</w:t>
            </w:r>
            <w:proofErr w:type="spellEnd"/>
          </w:p>
        </w:tc>
        <w:tc>
          <w:tcPr>
            <w:tcW w:w="3402" w:type="dxa"/>
            <w:gridSpan w:val="2"/>
            <w:tcBorders>
              <w:top w:val="single" w:sz="4" w:space="0" w:color="000000"/>
              <w:left w:val="single" w:sz="4" w:space="0" w:color="000000"/>
              <w:bottom w:val="single" w:sz="4" w:space="0" w:color="000000"/>
              <w:right w:val="single" w:sz="4" w:space="0" w:color="000000"/>
            </w:tcBorders>
            <w:vAlign w:val="center"/>
          </w:tcPr>
          <w:p w14:paraId="71DDC9CF" w14:textId="77777777" w:rsidR="006A0893" w:rsidRDefault="006A0893">
            <w:pPr>
              <w:spacing w:before="40" w:line="259" w:lineRule="auto"/>
              <w:jc w:val="center"/>
            </w:pPr>
          </w:p>
        </w:tc>
        <w:tc>
          <w:tcPr>
            <w:tcW w:w="1701" w:type="dxa"/>
            <w:gridSpan w:val="2"/>
            <w:tcBorders>
              <w:top w:val="single" w:sz="4" w:space="0" w:color="000000"/>
              <w:left w:val="single" w:sz="4" w:space="0" w:color="000000"/>
              <w:bottom w:val="single" w:sz="4" w:space="0" w:color="000000"/>
              <w:right w:val="single" w:sz="4" w:space="0" w:color="000000"/>
            </w:tcBorders>
            <w:vAlign w:val="center"/>
          </w:tcPr>
          <w:p w14:paraId="6493EF33" w14:textId="77777777" w:rsidR="006A0893" w:rsidRDefault="006A0893">
            <w:pPr>
              <w:spacing w:before="40" w:line="259" w:lineRule="auto"/>
              <w:jc w:val="center"/>
            </w:pPr>
          </w:p>
        </w:tc>
        <w:tc>
          <w:tcPr>
            <w:tcW w:w="4139" w:type="dxa"/>
            <w:gridSpan w:val="2"/>
            <w:tcBorders>
              <w:top w:val="single" w:sz="4" w:space="0" w:color="000000"/>
              <w:left w:val="single" w:sz="4" w:space="0" w:color="000000"/>
              <w:bottom w:val="single" w:sz="4" w:space="0" w:color="000000"/>
              <w:right w:val="single" w:sz="4" w:space="0" w:color="000000"/>
            </w:tcBorders>
            <w:vAlign w:val="center"/>
          </w:tcPr>
          <w:p w14:paraId="1A4C720A" w14:textId="77777777" w:rsidR="006A0893" w:rsidRDefault="00593F49">
            <w:pPr>
              <w:spacing w:before="40" w:line="259" w:lineRule="auto"/>
              <w:jc w:val="center"/>
            </w:pPr>
            <w:r>
              <w:rPr>
                <w:sz w:val="21"/>
              </w:rPr>
              <w:t xml:space="preserve">年　月　</w:t>
            </w:r>
            <w:proofErr w:type="spellStart"/>
            <w:r>
              <w:rPr>
                <w:sz w:val="21"/>
              </w:rPr>
              <w:t>日迄今</w:t>
            </w:r>
            <w:proofErr w:type="spellEnd"/>
          </w:p>
        </w:tc>
      </w:tr>
    </w:tbl>
    <w:p w14:paraId="2EE12E02" w14:textId="77777777" w:rsidR="006A0893" w:rsidRDefault="00593F49">
      <w:pPr>
        <w:jc w:val="both"/>
        <w:rPr>
          <w:lang w:eastAsia="zh-TW"/>
        </w:rPr>
      </w:pPr>
      <w:r>
        <w:rPr>
          <w:sz w:val="21"/>
          <w:lang w:eastAsia="zh-TW"/>
        </w:rPr>
        <w:t>繳交證件（由審查人勾選）：</w:t>
      </w:r>
      <w:r>
        <w:rPr>
          <w:sz w:val="21"/>
          <w:lang w:eastAsia="zh-TW"/>
        </w:rPr>
        <w:br/>
        <w:t>□身分證　□合格教師證書　□大學以上學歷證件　□身心障礙證明</w:t>
      </w:r>
      <w:r>
        <w:rPr>
          <w:sz w:val="21"/>
          <w:lang w:eastAsia="zh-TW"/>
        </w:rPr>
        <w:br/>
        <w:t>□學分證明　□經歷證件　□切結書　□具結書　□入場證　□其他________</w:t>
      </w:r>
    </w:p>
    <w:p w14:paraId="0FAEDAD9" w14:textId="77777777" w:rsidR="006A0893" w:rsidRDefault="00593F49">
      <w:pPr>
        <w:ind w:left="220" w:hanging="220"/>
        <w:jc w:val="both"/>
        <w:rPr>
          <w:lang w:eastAsia="zh-TW"/>
        </w:rPr>
      </w:pPr>
      <w:r>
        <w:rPr>
          <w:sz w:val="20"/>
          <w:lang w:eastAsia="zh-TW"/>
        </w:rPr>
        <w:t>※相關資料將做為教師甄選報名及提供教育部</w:t>
      </w:r>
      <w:proofErr w:type="gramStart"/>
      <w:r>
        <w:rPr>
          <w:sz w:val="20"/>
          <w:lang w:eastAsia="zh-TW"/>
        </w:rPr>
        <w:t>研</w:t>
      </w:r>
      <w:proofErr w:type="gramEnd"/>
      <w:r>
        <w:rPr>
          <w:sz w:val="20"/>
          <w:lang w:eastAsia="zh-TW"/>
        </w:rPr>
        <w:t>訂師資培育政策之用。</w:t>
      </w:r>
    </w:p>
    <w:tbl>
      <w:tblPr>
        <w:tblW w:w="0" w:type="auto"/>
        <w:jc w:val="center"/>
        <w:tblLayout w:type="fixed"/>
        <w:tblLook w:val="04A0" w:firstRow="1" w:lastRow="0" w:firstColumn="1" w:lastColumn="0" w:noHBand="0" w:noVBand="1"/>
      </w:tblPr>
      <w:tblGrid>
        <w:gridCol w:w="2551"/>
        <w:gridCol w:w="2268"/>
        <w:gridCol w:w="2268"/>
        <w:gridCol w:w="3005"/>
      </w:tblGrid>
      <w:tr w:rsidR="006A0893" w14:paraId="7978E6AC" w14:textId="77777777">
        <w:trPr>
          <w:cantSplit/>
          <w:tblHeader/>
          <w:jc w:val="center"/>
        </w:trPr>
        <w:tc>
          <w:tcPr>
            <w:tcW w:w="2551" w:type="dxa"/>
            <w:tcBorders>
              <w:top w:val="single" w:sz="4" w:space="0" w:color="000000"/>
              <w:left w:val="single" w:sz="4" w:space="0" w:color="000000"/>
              <w:bottom w:val="single" w:sz="4" w:space="0" w:color="000000"/>
              <w:right w:val="single" w:sz="4" w:space="0" w:color="000000"/>
            </w:tcBorders>
            <w:vAlign w:val="center"/>
          </w:tcPr>
          <w:p w14:paraId="420E7253" w14:textId="77777777" w:rsidR="006A0893" w:rsidRDefault="00593F49">
            <w:pPr>
              <w:spacing w:before="40" w:line="259" w:lineRule="auto"/>
              <w:jc w:val="center"/>
            </w:pPr>
            <w:proofErr w:type="spellStart"/>
            <w:r>
              <w:rPr>
                <w:b/>
                <w:sz w:val="21"/>
              </w:rPr>
              <w:t>報名人員簽章</w:t>
            </w:r>
            <w:proofErr w:type="spellEnd"/>
          </w:p>
        </w:tc>
        <w:tc>
          <w:tcPr>
            <w:tcW w:w="2268" w:type="dxa"/>
            <w:tcBorders>
              <w:top w:val="single" w:sz="4" w:space="0" w:color="000000"/>
              <w:left w:val="single" w:sz="4" w:space="0" w:color="000000"/>
              <w:bottom w:val="single" w:sz="4" w:space="0" w:color="000000"/>
              <w:right w:val="single" w:sz="4" w:space="0" w:color="000000"/>
            </w:tcBorders>
            <w:vAlign w:val="center"/>
          </w:tcPr>
          <w:p w14:paraId="3F44BC89" w14:textId="77777777" w:rsidR="006A0893" w:rsidRDefault="00593F49">
            <w:pPr>
              <w:spacing w:before="40" w:line="259" w:lineRule="auto"/>
              <w:jc w:val="center"/>
            </w:pPr>
            <w:proofErr w:type="spellStart"/>
            <w:r>
              <w:rPr>
                <w:b/>
                <w:sz w:val="21"/>
              </w:rPr>
              <w:t>初審人員簽章</w:t>
            </w:r>
            <w:proofErr w:type="spellEnd"/>
          </w:p>
        </w:tc>
        <w:tc>
          <w:tcPr>
            <w:tcW w:w="2268" w:type="dxa"/>
            <w:tcBorders>
              <w:top w:val="single" w:sz="4" w:space="0" w:color="000000"/>
              <w:left w:val="single" w:sz="4" w:space="0" w:color="000000"/>
              <w:bottom w:val="single" w:sz="4" w:space="0" w:color="000000"/>
              <w:right w:val="single" w:sz="4" w:space="0" w:color="000000"/>
            </w:tcBorders>
            <w:vAlign w:val="center"/>
          </w:tcPr>
          <w:p w14:paraId="4B019A34" w14:textId="77777777" w:rsidR="006A0893" w:rsidRDefault="00593F49">
            <w:pPr>
              <w:spacing w:before="40" w:line="259" w:lineRule="auto"/>
              <w:jc w:val="center"/>
            </w:pPr>
            <w:proofErr w:type="spellStart"/>
            <w:r>
              <w:rPr>
                <w:b/>
                <w:sz w:val="21"/>
              </w:rPr>
              <w:t>複審人員簽章</w:t>
            </w:r>
            <w:proofErr w:type="spellEnd"/>
          </w:p>
        </w:tc>
        <w:tc>
          <w:tcPr>
            <w:tcW w:w="3005" w:type="dxa"/>
            <w:tcBorders>
              <w:top w:val="single" w:sz="4" w:space="0" w:color="000000"/>
              <w:left w:val="single" w:sz="4" w:space="0" w:color="000000"/>
              <w:bottom w:val="single" w:sz="4" w:space="0" w:color="000000"/>
              <w:right w:val="single" w:sz="4" w:space="0" w:color="000000"/>
            </w:tcBorders>
            <w:vAlign w:val="center"/>
          </w:tcPr>
          <w:p w14:paraId="17858CD8" w14:textId="77777777" w:rsidR="006A0893" w:rsidRDefault="00593F49">
            <w:pPr>
              <w:spacing w:before="40" w:line="259" w:lineRule="auto"/>
              <w:jc w:val="center"/>
            </w:pPr>
            <w:proofErr w:type="spellStart"/>
            <w:r>
              <w:rPr>
                <w:b/>
                <w:sz w:val="21"/>
              </w:rPr>
              <w:t>審查結果</w:t>
            </w:r>
            <w:proofErr w:type="spellEnd"/>
          </w:p>
        </w:tc>
      </w:tr>
      <w:tr w:rsidR="006A0893" w14:paraId="6216EC52" w14:textId="77777777">
        <w:trPr>
          <w:cantSplit/>
          <w:jc w:val="center"/>
        </w:trPr>
        <w:tc>
          <w:tcPr>
            <w:tcW w:w="2551" w:type="dxa"/>
            <w:tcBorders>
              <w:top w:val="single" w:sz="4" w:space="0" w:color="000000"/>
              <w:left w:val="single" w:sz="4" w:space="0" w:color="000000"/>
              <w:bottom w:val="single" w:sz="4" w:space="0" w:color="000000"/>
              <w:right w:val="single" w:sz="4" w:space="0" w:color="000000"/>
            </w:tcBorders>
            <w:vAlign w:val="center"/>
          </w:tcPr>
          <w:p w14:paraId="2E365B22" w14:textId="77777777" w:rsidR="006A0893" w:rsidRDefault="00593F49">
            <w:pPr>
              <w:spacing w:before="40" w:line="259" w:lineRule="auto"/>
              <w:jc w:val="center"/>
            </w:pPr>
            <w:r>
              <w:rPr>
                <w:sz w:val="21"/>
              </w:rPr>
              <w:br/>
              <w:t>年　月　日</w:t>
            </w:r>
          </w:p>
        </w:tc>
        <w:tc>
          <w:tcPr>
            <w:tcW w:w="2268" w:type="dxa"/>
            <w:tcBorders>
              <w:top w:val="single" w:sz="4" w:space="0" w:color="000000"/>
              <w:left w:val="single" w:sz="4" w:space="0" w:color="000000"/>
              <w:bottom w:val="single" w:sz="4" w:space="0" w:color="000000"/>
              <w:right w:val="single" w:sz="4" w:space="0" w:color="000000"/>
            </w:tcBorders>
            <w:vAlign w:val="center"/>
          </w:tcPr>
          <w:p w14:paraId="7652EA8F" w14:textId="77777777" w:rsidR="006A0893" w:rsidRDefault="00593F49">
            <w:pPr>
              <w:spacing w:before="40" w:line="259" w:lineRule="auto"/>
              <w:jc w:val="center"/>
            </w:pPr>
            <w:r>
              <w:rPr>
                <w:sz w:val="21"/>
              </w:rPr>
              <w:br/>
            </w:r>
          </w:p>
        </w:tc>
        <w:tc>
          <w:tcPr>
            <w:tcW w:w="2268" w:type="dxa"/>
            <w:tcBorders>
              <w:top w:val="single" w:sz="4" w:space="0" w:color="000000"/>
              <w:left w:val="single" w:sz="4" w:space="0" w:color="000000"/>
              <w:bottom w:val="single" w:sz="4" w:space="0" w:color="000000"/>
              <w:right w:val="single" w:sz="4" w:space="0" w:color="000000"/>
            </w:tcBorders>
            <w:vAlign w:val="center"/>
          </w:tcPr>
          <w:p w14:paraId="65FD6D87" w14:textId="77777777" w:rsidR="006A0893" w:rsidRDefault="00593F49">
            <w:pPr>
              <w:spacing w:before="40" w:line="259" w:lineRule="auto"/>
              <w:jc w:val="center"/>
            </w:pPr>
            <w:r>
              <w:rPr>
                <w:sz w:val="21"/>
              </w:rPr>
              <w:br/>
            </w:r>
          </w:p>
        </w:tc>
        <w:tc>
          <w:tcPr>
            <w:tcW w:w="3005" w:type="dxa"/>
            <w:tcBorders>
              <w:top w:val="single" w:sz="4" w:space="0" w:color="000000"/>
              <w:left w:val="single" w:sz="4" w:space="0" w:color="000000"/>
              <w:bottom w:val="single" w:sz="4" w:space="0" w:color="000000"/>
              <w:right w:val="single" w:sz="4" w:space="0" w:color="000000"/>
            </w:tcBorders>
            <w:vAlign w:val="center"/>
          </w:tcPr>
          <w:p w14:paraId="465FBE5E" w14:textId="77777777" w:rsidR="006A0893" w:rsidRDefault="00593F49">
            <w:pPr>
              <w:spacing w:before="40" w:line="259" w:lineRule="auto"/>
              <w:jc w:val="center"/>
            </w:pPr>
            <w:r>
              <w:rPr>
                <w:sz w:val="21"/>
              </w:rPr>
              <w:t>□</w:t>
            </w:r>
            <w:proofErr w:type="spellStart"/>
            <w:r>
              <w:rPr>
                <w:sz w:val="21"/>
              </w:rPr>
              <w:t>合格</w:t>
            </w:r>
            <w:proofErr w:type="spellEnd"/>
            <w:r>
              <w:rPr>
                <w:sz w:val="21"/>
              </w:rPr>
              <w:t xml:space="preserve">　□</w:t>
            </w:r>
            <w:proofErr w:type="spellStart"/>
            <w:r>
              <w:rPr>
                <w:sz w:val="21"/>
              </w:rPr>
              <w:t>不合格</w:t>
            </w:r>
            <w:proofErr w:type="spellEnd"/>
            <w:r>
              <w:rPr>
                <w:sz w:val="21"/>
              </w:rPr>
              <w:br/>
            </w:r>
            <w:proofErr w:type="spellStart"/>
            <w:r>
              <w:rPr>
                <w:sz w:val="21"/>
              </w:rPr>
              <w:t>理由</w:t>
            </w:r>
            <w:proofErr w:type="spellEnd"/>
            <w:r>
              <w:rPr>
                <w:sz w:val="21"/>
              </w:rPr>
              <w:t>：</w:t>
            </w:r>
          </w:p>
        </w:tc>
      </w:tr>
    </w:tbl>
    <w:p w14:paraId="2474ED44" w14:textId="77777777" w:rsidR="006A0893" w:rsidRDefault="00593F49">
      <w:r>
        <w:br w:type="page"/>
      </w:r>
    </w:p>
    <w:p w14:paraId="34BF1DA0" w14:textId="77777777" w:rsidR="006A0893" w:rsidRDefault="00593F49">
      <w:pPr>
        <w:jc w:val="both"/>
        <w:rPr>
          <w:lang w:eastAsia="zh-TW"/>
        </w:rPr>
      </w:pPr>
      <w:r>
        <w:rPr>
          <w:b/>
          <w:sz w:val="24"/>
          <w:lang w:eastAsia="zh-TW"/>
        </w:rPr>
        <w:lastRenderedPageBreak/>
        <w:t>附件2</w:t>
      </w:r>
    </w:p>
    <w:p w14:paraId="22E04763" w14:textId="77777777" w:rsidR="006A0893" w:rsidRDefault="00593F49">
      <w:pPr>
        <w:pStyle w:val="aa"/>
        <w:jc w:val="center"/>
        <w:rPr>
          <w:lang w:eastAsia="zh-TW"/>
        </w:rPr>
      </w:pPr>
      <w:r>
        <w:rPr>
          <w:lang w:eastAsia="zh-TW"/>
        </w:rPr>
        <w:t>國立北門高級中學115</w:t>
      </w:r>
      <w:proofErr w:type="gramStart"/>
      <w:r>
        <w:rPr>
          <w:lang w:eastAsia="zh-TW"/>
        </w:rPr>
        <w:t>學年度國文科</w:t>
      </w:r>
      <w:proofErr w:type="gramEnd"/>
      <w:r>
        <w:rPr>
          <w:lang w:eastAsia="zh-TW"/>
        </w:rPr>
        <w:t>代理教師甄選入場證</w:t>
      </w:r>
    </w:p>
    <w:tbl>
      <w:tblPr>
        <w:tblW w:w="0" w:type="auto"/>
        <w:jc w:val="center"/>
        <w:tblLayout w:type="fixed"/>
        <w:tblLook w:val="04A0" w:firstRow="1" w:lastRow="0" w:firstColumn="1" w:lastColumn="0" w:noHBand="0" w:noVBand="1"/>
      </w:tblPr>
      <w:tblGrid>
        <w:gridCol w:w="2835"/>
        <w:gridCol w:w="7257"/>
      </w:tblGrid>
      <w:tr w:rsidR="006A0893" w14:paraId="4AEACA07" w14:textId="77777777">
        <w:trPr>
          <w:cantSplit/>
          <w:tblHeader/>
          <w:jc w:val="center"/>
        </w:trPr>
        <w:tc>
          <w:tcPr>
            <w:tcW w:w="2835" w:type="dxa"/>
            <w:tcBorders>
              <w:top w:val="single" w:sz="4" w:space="0" w:color="000000"/>
              <w:left w:val="single" w:sz="4" w:space="0" w:color="000000"/>
              <w:bottom w:val="single" w:sz="4" w:space="0" w:color="000000"/>
              <w:right w:val="single" w:sz="4" w:space="0" w:color="000000"/>
            </w:tcBorders>
            <w:vAlign w:val="center"/>
          </w:tcPr>
          <w:p w14:paraId="111F66A7" w14:textId="77777777" w:rsidR="006A0893" w:rsidRDefault="00593F49">
            <w:pPr>
              <w:spacing w:before="40" w:line="259" w:lineRule="auto"/>
              <w:jc w:val="center"/>
            </w:pPr>
            <w:proofErr w:type="spellStart"/>
            <w:r>
              <w:rPr>
                <w:b/>
                <w:sz w:val="26"/>
              </w:rPr>
              <w:t>甄選科別</w:t>
            </w:r>
            <w:proofErr w:type="spellEnd"/>
          </w:p>
        </w:tc>
        <w:tc>
          <w:tcPr>
            <w:tcW w:w="7257" w:type="dxa"/>
            <w:tcBorders>
              <w:top w:val="single" w:sz="4" w:space="0" w:color="000000"/>
              <w:left w:val="single" w:sz="4" w:space="0" w:color="000000"/>
              <w:bottom w:val="single" w:sz="4" w:space="0" w:color="000000"/>
              <w:right w:val="single" w:sz="4" w:space="0" w:color="000000"/>
            </w:tcBorders>
            <w:vAlign w:val="center"/>
          </w:tcPr>
          <w:p w14:paraId="7CB1C54B" w14:textId="77777777" w:rsidR="006A0893" w:rsidRDefault="00593F49">
            <w:pPr>
              <w:spacing w:before="40" w:line="259" w:lineRule="auto"/>
              <w:jc w:val="center"/>
            </w:pPr>
            <w:proofErr w:type="spellStart"/>
            <w:r>
              <w:rPr>
                <w:b/>
                <w:sz w:val="26"/>
              </w:rPr>
              <w:t>國文科</w:t>
            </w:r>
            <w:proofErr w:type="spellEnd"/>
          </w:p>
        </w:tc>
      </w:tr>
      <w:tr w:rsidR="006A0893" w14:paraId="083F9FE3" w14:textId="77777777">
        <w:trPr>
          <w:cantSplit/>
          <w:jc w:val="center"/>
        </w:trPr>
        <w:tc>
          <w:tcPr>
            <w:tcW w:w="2835" w:type="dxa"/>
            <w:tcBorders>
              <w:top w:val="single" w:sz="4" w:space="0" w:color="000000"/>
              <w:left w:val="single" w:sz="4" w:space="0" w:color="000000"/>
              <w:bottom w:val="single" w:sz="4" w:space="0" w:color="000000"/>
              <w:right w:val="single" w:sz="4" w:space="0" w:color="000000"/>
            </w:tcBorders>
            <w:vAlign w:val="center"/>
          </w:tcPr>
          <w:p w14:paraId="2C554B15" w14:textId="77777777" w:rsidR="006A0893" w:rsidRDefault="00593F49">
            <w:pPr>
              <w:spacing w:before="40" w:line="259" w:lineRule="auto"/>
              <w:jc w:val="center"/>
            </w:pPr>
            <w:proofErr w:type="spellStart"/>
            <w:r>
              <w:rPr>
                <w:sz w:val="26"/>
              </w:rPr>
              <w:t>報考人姓名</w:t>
            </w:r>
            <w:proofErr w:type="spellEnd"/>
          </w:p>
        </w:tc>
        <w:tc>
          <w:tcPr>
            <w:tcW w:w="7257" w:type="dxa"/>
            <w:tcBorders>
              <w:top w:val="single" w:sz="4" w:space="0" w:color="000000"/>
              <w:left w:val="single" w:sz="4" w:space="0" w:color="000000"/>
              <w:bottom w:val="single" w:sz="4" w:space="0" w:color="000000"/>
              <w:right w:val="single" w:sz="4" w:space="0" w:color="000000"/>
            </w:tcBorders>
            <w:vAlign w:val="center"/>
          </w:tcPr>
          <w:p w14:paraId="5F2E249E" w14:textId="77777777" w:rsidR="006A0893" w:rsidRDefault="006A0893">
            <w:pPr>
              <w:spacing w:before="40" w:line="259" w:lineRule="auto"/>
              <w:jc w:val="center"/>
            </w:pPr>
          </w:p>
        </w:tc>
      </w:tr>
      <w:tr w:rsidR="006A0893" w14:paraId="4C75585D" w14:textId="77777777">
        <w:trPr>
          <w:cantSplit/>
          <w:jc w:val="center"/>
        </w:trPr>
        <w:tc>
          <w:tcPr>
            <w:tcW w:w="2835" w:type="dxa"/>
            <w:tcBorders>
              <w:top w:val="single" w:sz="4" w:space="0" w:color="000000"/>
              <w:left w:val="single" w:sz="4" w:space="0" w:color="000000"/>
              <w:bottom w:val="single" w:sz="4" w:space="0" w:color="000000"/>
              <w:right w:val="single" w:sz="4" w:space="0" w:color="000000"/>
            </w:tcBorders>
            <w:vAlign w:val="center"/>
          </w:tcPr>
          <w:p w14:paraId="0BE57CD1" w14:textId="77777777" w:rsidR="006A0893" w:rsidRDefault="00593F49">
            <w:pPr>
              <w:spacing w:before="40" w:line="259" w:lineRule="auto"/>
              <w:jc w:val="center"/>
            </w:pPr>
            <w:proofErr w:type="spellStart"/>
            <w:r>
              <w:rPr>
                <w:sz w:val="26"/>
              </w:rPr>
              <w:t>編號</w:t>
            </w:r>
            <w:proofErr w:type="spellEnd"/>
          </w:p>
        </w:tc>
        <w:tc>
          <w:tcPr>
            <w:tcW w:w="7257" w:type="dxa"/>
            <w:tcBorders>
              <w:top w:val="single" w:sz="4" w:space="0" w:color="000000"/>
              <w:left w:val="single" w:sz="4" w:space="0" w:color="000000"/>
              <w:bottom w:val="single" w:sz="4" w:space="0" w:color="000000"/>
              <w:right w:val="single" w:sz="4" w:space="0" w:color="000000"/>
            </w:tcBorders>
            <w:vAlign w:val="center"/>
          </w:tcPr>
          <w:p w14:paraId="7DF21DFC" w14:textId="77777777" w:rsidR="006A0893" w:rsidRDefault="00593F49">
            <w:pPr>
              <w:spacing w:before="40" w:line="259" w:lineRule="auto"/>
              <w:jc w:val="center"/>
            </w:pPr>
            <w:r>
              <w:rPr>
                <w:sz w:val="26"/>
              </w:rPr>
              <w:t>（</w:t>
            </w:r>
            <w:proofErr w:type="spellStart"/>
            <w:r>
              <w:rPr>
                <w:sz w:val="26"/>
              </w:rPr>
              <w:t>由本校填寫</w:t>
            </w:r>
            <w:proofErr w:type="spellEnd"/>
            <w:r>
              <w:rPr>
                <w:sz w:val="26"/>
              </w:rPr>
              <w:t>）</w:t>
            </w:r>
          </w:p>
        </w:tc>
      </w:tr>
    </w:tbl>
    <w:p w14:paraId="4CCBBF87" w14:textId="77777777" w:rsidR="006A0893" w:rsidRDefault="00593F49">
      <w:pPr>
        <w:pStyle w:val="1"/>
        <w:jc w:val="both"/>
      </w:pPr>
      <w:proofErr w:type="spellStart"/>
      <w:r>
        <w:t>注意事項</w:t>
      </w:r>
      <w:proofErr w:type="spellEnd"/>
    </w:p>
    <w:p w14:paraId="3F7F6C6B" w14:textId="58130D38" w:rsidR="006A0893" w:rsidRDefault="00593F49">
      <w:pPr>
        <w:ind w:left="880" w:hanging="440"/>
        <w:jc w:val="both"/>
        <w:rPr>
          <w:lang w:eastAsia="zh-TW"/>
        </w:rPr>
      </w:pPr>
      <w:r>
        <w:rPr>
          <w:sz w:val="24"/>
          <w:lang w:eastAsia="zh-TW"/>
        </w:rPr>
        <w:t>一、甄選日期及時間：</w:t>
      </w:r>
    </w:p>
    <w:p w14:paraId="449C644D" w14:textId="6AF85549" w:rsidR="006A0893" w:rsidRDefault="00593F49">
      <w:pPr>
        <w:ind w:left="1430" w:hanging="550"/>
        <w:jc w:val="both"/>
        <w:rPr>
          <w:lang w:eastAsia="zh-TW"/>
        </w:rPr>
      </w:pPr>
      <w:r>
        <w:rPr>
          <w:sz w:val="24"/>
          <w:lang w:eastAsia="zh-TW"/>
        </w:rPr>
        <w:t>（一）甄試日期：115年10月1</w:t>
      </w:r>
      <w:r w:rsidR="001B1976">
        <w:rPr>
          <w:rFonts w:hint="eastAsia"/>
          <w:sz w:val="24"/>
          <w:lang w:eastAsia="zh-TW"/>
        </w:rPr>
        <w:t>5</w:t>
      </w:r>
      <w:r>
        <w:rPr>
          <w:sz w:val="24"/>
          <w:lang w:eastAsia="zh-TW"/>
        </w:rPr>
        <w:t>日（星期</w:t>
      </w:r>
      <w:r w:rsidR="0030051D">
        <w:rPr>
          <w:rFonts w:hint="eastAsia"/>
          <w:sz w:val="24"/>
          <w:lang w:eastAsia="zh-TW"/>
        </w:rPr>
        <w:t>四</w:t>
      </w:r>
      <w:r>
        <w:rPr>
          <w:sz w:val="24"/>
          <w:lang w:eastAsia="zh-TW"/>
        </w:rPr>
        <w:t>）上午9時20分。</w:t>
      </w:r>
    </w:p>
    <w:p w14:paraId="3EC0A767" w14:textId="77777777" w:rsidR="006A0893" w:rsidRDefault="00593F49">
      <w:pPr>
        <w:ind w:left="1430" w:hanging="550"/>
        <w:jc w:val="both"/>
        <w:rPr>
          <w:lang w:eastAsia="zh-TW"/>
        </w:rPr>
      </w:pPr>
      <w:r>
        <w:rPr>
          <w:sz w:val="24"/>
          <w:lang w:eastAsia="zh-TW"/>
        </w:rPr>
        <w:t>（二）報到時間：上午8時至8時30分至人事室報到，逾時視同棄權。</w:t>
      </w:r>
    </w:p>
    <w:p w14:paraId="7FE2F48E" w14:textId="77777777" w:rsidR="006A0893" w:rsidRDefault="00593F49">
      <w:pPr>
        <w:ind w:left="1430" w:hanging="550"/>
        <w:jc w:val="both"/>
        <w:rPr>
          <w:lang w:eastAsia="zh-TW"/>
        </w:rPr>
      </w:pPr>
      <w:r>
        <w:rPr>
          <w:sz w:val="24"/>
          <w:lang w:eastAsia="zh-TW"/>
        </w:rPr>
        <w:t>（三）入場證於甄選當日報到時發放，應試者請攜帶國民身分證參加甄試。</w:t>
      </w:r>
    </w:p>
    <w:p w14:paraId="40CCD922" w14:textId="77777777" w:rsidR="006A0893" w:rsidRDefault="00593F49">
      <w:pPr>
        <w:ind w:left="880" w:hanging="440"/>
        <w:jc w:val="both"/>
        <w:rPr>
          <w:lang w:eastAsia="zh-TW"/>
        </w:rPr>
      </w:pPr>
      <w:r>
        <w:rPr>
          <w:sz w:val="24"/>
          <w:lang w:eastAsia="zh-TW"/>
        </w:rPr>
        <w:t>二、甄選地點：以本校當日公告之校內地點為</w:t>
      </w:r>
      <w:proofErr w:type="gramStart"/>
      <w:r>
        <w:rPr>
          <w:sz w:val="24"/>
          <w:lang w:eastAsia="zh-TW"/>
        </w:rPr>
        <w:t>準</w:t>
      </w:r>
      <w:proofErr w:type="gramEnd"/>
      <w:r>
        <w:rPr>
          <w:sz w:val="24"/>
          <w:lang w:eastAsia="zh-TW"/>
        </w:rPr>
        <w:t>。</w:t>
      </w:r>
    </w:p>
    <w:p w14:paraId="0DB2B669" w14:textId="77777777" w:rsidR="006A0893" w:rsidRDefault="00593F49">
      <w:pPr>
        <w:ind w:left="880" w:hanging="440"/>
        <w:jc w:val="both"/>
        <w:rPr>
          <w:lang w:eastAsia="zh-TW"/>
        </w:rPr>
      </w:pPr>
      <w:r>
        <w:rPr>
          <w:sz w:val="24"/>
          <w:lang w:eastAsia="zh-TW"/>
        </w:rPr>
        <w:t>三、總成績計算：依簡章規定。</w:t>
      </w:r>
    </w:p>
    <w:p w14:paraId="166F1E90" w14:textId="77777777" w:rsidR="006A0893" w:rsidRDefault="00593F49">
      <w:pPr>
        <w:ind w:left="220" w:hanging="220"/>
        <w:jc w:val="both"/>
        <w:rPr>
          <w:lang w:eastAsia="zh-TW"/>
        </w:rPr>
      </w:pPr>
      <w:r>
        <w:rPr>
          <w:b/>
          <w:sz w:val="24"/>
          <w:lang w:eastAsia="zh-TW"/>
        </w:rPr>
        <w:t>※報名前請務必詳閱內容，於報名時上傳切結書及具結書，切勿遺漏。</w:t>
      </w:r>
    </w:p>
    <w:p w14:paraId="3FF43E0C" w14:textId="77777777" w:rsidR="006A0893" w:rsidRDefault="00593F49">
      <w:pPr>
        <w:rPr>
          <w:lang w:eastAsia="zh-TW"/>
        </w:rPr>
      </w:pPr>
      <w:r>
        <w:rPr>
          <w:lang w:eastAsia="zh-TW"/>
        </w:rPr>
        <w:br w:type="page"/>
      </w:r>
    </w:p>
    <w:p w14:paraId="17FD33FE" w14:textId="77777777" w:rsidR="006A0893" w:rsidRDefault="00593F49">
      <w:pPr>
        <w:jc w:val="both"/>
        <w:rPr>
          <w:lang w:eastAsia="zh-TW"/>
        </w:rPr>
      </w:pPr>
      <w:r>
        <w:rPr>
          <w:b/>
          <w:sz w:val="24"/>
          <w:lang w:eastAsia="zh-TW"/>
        </w:rPr>
        <w:lastRenderedPageBreak/>
        <w:t>附件3</w:t>
      </w:r>
    </w:p>
    <w:p w14:paraId="67C064BF" w14:textId="77777777" w:rsidR="006A0893" w:rsidRDefault="00593F49">
      <w:pPr>
        <w:pStyle w:val="aa"/>
        <w:jc w:val="center"/>
        <w:rPr>
          <w:lang w:eastAsia="zh-TW"/>
        </w:rPr>
      </w:pPr>
      <w:r>
        <w:rPr>
          <w:lang w:eastAsia="zh-TW"/>
        </w:rPr>
        <w:t>切結書</w:t>
      </w:r>
    </w:p>
    <w:p w14:paraId="5AE5EC8B" w14:textId="77777777" w:rsidR="006A0893" w:rsidRDefault="00593F49">
      <w:pPr>
        <w:jc w:val="both"/>
        <w:rPr>
          <w:lang w:eastAsia="zh-TW"/>
        </w:rPr>
      </w:pPr>
      <w:r>
        <w:rPr>
          <w:sz w:val="21"/>
          <w:lang w:eastAsia="zh-TW"/>
        </w:rPr>
        <w:t>立切結書人       報名參加貴校 115</w:t>
      </w:r>
      <w:proofErr w:type="gramStart"/>
      <w:r>
        <w:rPr>
          <w:sz w:val="21"/>
          <w:lang w:eastAsia="zh-TW"/>
        </w:rPr>
        <w:t>學年度國文科</w:t>
      </w:r>
      <w:proofErr w:type="gramEnd"/>
      <w:r>
        <w:rPr>
          <w:sz w:val="21"/>
          <w:lang w:eastAsia="zh-TW"/>
        </w:rPr>
        <w:t>代理教師甄選，</w:t>
      </w:r>
      <w:proofErr w:type="gramStart"/>
      <w:r>
        <w:rPr>
          <w:sz w:val="21"/>
          <w:lang w:eastAsia="zh-TW"/>
        </w:rPr>
        <w:t>茲切結</w:t>
      </w:r>
      <w:proofErr w:type="gramEnd"/>
      <w:r>
        <w:rPr>
          <w:sz w:val="21"/>
          <w:lang w:eastAsia="zh-TW"/>
        </w:rPr>
        <w:t>事項如下：</w:t>
      </w:r>
    </w:p>
    <w:p w14:paraId="41B085AF" w14:textId="77777777" w:rsidR="006A0893" w:rsidRDefault="00593F49">
      <w:pPr>
        <w:ind w:left="880" w:hanging="440"/>
        <w:jc w:val="both"/>
        <w:rPr>
          <w:lang w:eastAsia="zh-TW"/>
        </w:rPr>
      </w:pPr>
      <w:r>
        <w:rPr>
          <w:sz w:val="21"/>
          <w:lang w:eastAsia="zh-TW"/>
        </w:rPr>
        <w:t>一、如有下列各款情事之一，於甄選前發現者，撤銷其應考資格；各甄選階段時發現者，</w:t>
      </w:r>
      <w:proofErr w:type="gramStart"/>
      <w:r>
        <w:rPr>
          <w:sz w:val="21"/>
          <w:lang w:eastAsia="zh-TW"/>
        </w:rPr>
        <w:t>予以扣考</w:t>
      </w:r>
      <w:proofErr w:type="gramEnd"/>
      <w:r>
        <w:rPr>
          <w:sz w:val="21"/>
          <w:lang w:eastAsia="zh-TW"/>
        </w:rPr>
        <w:t>，並不得繼續應考，其已考之各項成績無效；各階段</w:t>
      </w:r>
      <w:proofErr w:type="gramStart"/>
      <w:r>
        <w:rPr>
          <w:sz w:val="21"/>
          <w:lang w:eastAsia="zh-TW"/>
        </w:rPr>
        <w:t>甄選後榜示</w:t>
      </w:r>
      <w:proofErr w:type="gramEnd"/>
      <w:r>
        <w:rPr>
          <w:sz w:val="21"/>
          <w:lang w:eastAsia="zh-TW"/>
        </w:rPr>
        <w:t>前發現者，不予錄取；錄取後發現者，撤銷其錄取資格；如經聘用則依教師法之規定，提交教師評審委員會審議通過後予以解聘；如涉及法律責任由應考人自行負責：</w:t>
      </w:r>
    </w:p>
    <w:p w14:paraId="2C0567B6" w14:textId="77777777" w:rsidR="006A0893" w:rsidRDefault="00593F49">
      <w:pPr>
        <w:ind w:left="1430" w:hanging="550"/>
        <w:jc w:val="both"/>
        <w:rPr>
          <w:lang w:eastAsia="zh-TW"/>
        </w:rPr>
      </w:pPr>
      <w:r>
        <w:rPr>
          <w:sz w:val="21"/>
          <w:lang w:eastAsia="zh-TW"/>
        </w:rPr>
        <w:t>（一）具教師法第 19 條不得聘任之情事、教育人員任用條例第 31 條或第 33 條不得擔任教育人員之 情事。</w:t>
      </w:r>
    </w:p>
    <w:p w14:paraId="6668827D" w14:textId="77777777" w:rsidR="006A0893" w:rsidRDefault="00593F49">
      <w:pPr>
        <w:ind w:left="1430" w:hanging="550"/>
        <w:jc w:val="both"/>
        <w:rPr>
          <w:lang w:eastAsia="zh-TW"/>
        </w:rPr>
      </w:pPr>
      <w:r>
        <w:rPr>
          <w:sz w:val="21"/>
          <w:lang w:eastAsia="zh-TW"/>
        </w:rPr>
        <w:t>（二）大陸地區人民來</w:t>
      </w:r>
      <w:proofErr w:type="gramStart"/>
      <w:r>
        <w:rPr>
          <w:sz w:val="21"/>
          <w:lang w:eastAsia="zh-TW"/>
        </w:rPr>
        <w:t>臺</w:t>
      </w:r>
      <w:proofErr w:type="gramEnd"/>
      <w:r>
        <w:rPr>
          <w:sz w:val="21"/>
          <w:lang w:eastAsia="zh-TW"/>
        </w:rPr>
        <w:t>設有戶籍未滿 10 年者。</w:t>
      </w:r>
    </w:p>
    <w:p w14:paraId="5262D94A" w14:textId="77777777" w:rsidR="006A0893" w:rsidRDefault="00593F49">
      <w:pPr>
        <w:ind w:left="1430" w:hanging="550"/>
        <w:jc w:val="both"/>
        <w:rPr>
          <w:lang w:eastAsia="zh-TW"/>
        </w:rPr>
      </w:pPr>
      <w:r>
        <w:rPr>
          <w:sz w:val="21"/>
          <w:lang w:eastAsia="zh-TW"/>
        </w:rPr>
        <w:t>（三）冒名頂替者。</w:t>
      </w:r>
    </w:p>
    <w:p w14:paraId="3536CA98" w14:textId="77777777" w:rsidR="006A0893" w:rsidRDefault="00593F49">
      <w:pPr>
        <w:ind w:left="1430" w:hanging="550"/>
        <w:jc w:val="both"/>
        <w:rPr>
          <w:lang w:eastAsia="zh-TW"/>
        </w:rPr>
      </w:pPr>
      <w:r>
        <w:rPr>
          <w:sz w:val="21"/>
          <w:lang w:eastAsia="zh-TW"/>
        </w:rPr>
        <w:t>（四）偽造或變造有關證件、資料者。</w:t>
      </w:r>
    </w:p>
    <w:p w14:paraId="1206F37A" w14:textId="77777777" w:rsidR="006A0893" w:rsidRDefault="00593F49">
      <w:pPr>
        <w:ind w:left="1430" w:hanging="550"/>
        <w:jc w:val="both"/>
        <w:rPr>
          <w:lang w:eastAsia="zh-TW"/>
        </w:rPr>
      </w:pPr>
      <w:r>
        <w:rPr>
          <w:sz w:val="21"/>
          <w:lang w:eastAsia="zh-TW"/>
        </w:rPr>
        <w:t>（五）自始不具備甄選資格者。</w:t>
      </w:r>
    </w:p>
    <w:p w14:paraId="2FB74306" w14:textId="77777777" w:rsidR="006A0893" w:rsidRDefault="00593F49">
      <w:pPr>
        <w:ind w:left="1430" w:hanging="550"/>
        <w:jc w:val="both"/>
        <w:rPr>
          <w:lang w:eastAsia="zh-TW"/>
        </w:rPr>
      </w:pPr>
      <w:r>
        <w:rPr>
          <w:sz w:val="21"/>
          <w:lang w:eastAsia="zh-TW"/>
        </w:rPr>
        <w:t>（六）以詐術或其他不正當方法，使各階段甄選發生不正確之結果者。</w:t>
      </w:r>
    </w:p>
    <w:p w14:paraId="2492FD65" w14:textId="77777777" w:rsidR="006A0893" w:rsidRDefault="00593F49">
      <w:pPr>
        <w:ind w:left="1430" w:hanging="550"/>
        <w:jc w:val="both"/>
        <w:rPr>
          <w:lang w:eastAsia="zh-TW"/>
        </w:rPr>
      </w:pPr>
      <w:r>
        <w:rPr>
          <w:sz w:val="21"/>
          <w:lang w:eastAsia="zh-TW"/>
        </w:rPr>
        <w:t>（七）持非本國學歷證件，經依「大學辦理國外學歷</w:t>
      </w:r>
      <w:proofErr w:type="gramStart"/>
      <w:r>
        <w:rPr>
          <w:sz w:val="21"/>
          <w:lang w:eastAsia="zh-TW"/>
        </w:rPr>
        <w:t>採</w:t>
      </w:r>
      <w:proofErr w:type="gramEnd"/>
      <w:r>
        <w:rPr>
          <w:sz w:val="21"/>
          <w:lang w:eastAsia="zh-TW"/>
        </w:rPr>
        <w:t>認辦法」 、 「香港澳門學歷檢</w:t>
      </w:r>
      <w:proofErr w:type="gramStart"/>
      <w:r>
        <w:rPr>
          <w:sz w:val="21"/>
          <w:lang w:eastAsia="zh-TW"/>
        </w:rPr>
        <w:t>覈</w:t>
      </w:r>
      <w:proofErr w:type="gramEnd"/>
      <w:r>
        <w:rPr>
          <w:sz w:val="21"/>
          <w:lang w:eastAsia="zh-TW"/>
        </w:rPr>
        <w:t>及</w:t>
      </w:r>
      <w:proofErr w:type="gramStart"/>
      <w:r>
        <w:rPr>
          <w:sz w:val="21"/>
          <w:lang w:eastAsia="zh-TW"/>
        </w:rPr>
        <w:t>採</w:t>
      </w:r>
      <w:proofErr w:type="gramEnd"/>
      <w:r>
        <w:rPr>
          <w:sz w:val="21"/>
          <w:lang w:eastAsia="zh-TW"/>
        </w:rPr>
        <w:t>認辦法」 及「大陸地區學歷</w:t>
      </w:r>
      <w:proofErr w:type="gramStart"/>
      <w:r>
        <w:rPr>
          <w:sz w:val="21"/>
          <w:lang w:eastAsia="zh-TW"/>
        </w:rPr>
        <w:t>採</w:t>
      </w:r>
      <w:proofErr w:type="gramEnd"/>
      <w:r>
        <w:rPr>
          <w:sz w:val="21"/>
          <w:lang w:eastAsia="zh-TW"/>
        </w:rPr>
        <w:t>認辦法」 ，辦理境外學歷</w:t>
      </w:r>
      <w:proofErr w:type="gramStart"/>
      <w:r>
        <w:rPr>
          <w:sz w:val="21"/>
          <w:lang w:eastAsia="zh-TW"/>
        </w:rPr>
        <w:t>採</w:t>
      </w:r>
      <w:proofErr w:type="gramEnd"/>
      <w:r>
        <w:rPr>
          <w:sz w:val="21"/>
          <w:lang w:eastAsia="zh-TW"/>
        </w:rPr>
        <w:t>認有不符或不予認定之情形。</w:t>
      </w:r>
    </w:p>
    <w:p w14:paraId="360FD8B8" w14:textId="77777777" w:rsidR="006A0893" w:rsidRDefault="00593F49">
      <w:pPr>
        <w:ind w:left="1430" w:hanging="550"/>
        <w:jc w:val="both"/>
        <w:rPr>
          <w:lang w:eastAsia="zh-TW"/>
        </w:rPr>
      </w:pPr>
      <w:r>
        <w:rPr>
          <w:sz w:val="21"/>
          <w:lang w:eastAsia="zh-TW"/>
        </w:rPr>
        <w:t>（八）92 年8 月 1 日前已取得合格教師證書之非現職教師，脫離教學工作連續達 10 年以上。</w:t>
      </w:r>
    </w:p>
    <w:p w14:paraId="18F9DA32" w14:textId="77777777" w:rsidR="006A0893" w:rsidRDefault="00593F49">
      <w:pPr>
        <w:ind w:left="1320" w:hanging="440"/>
        <w:jc w:val="both"/>
        <w:rPr>
          <w:lang w:eastAsia="zh-TW"/>
        </w:rPr>
      </w:pPr>
      <w:r>
        <w:rPr>
          <w:sz w:val="21"/>
          <w:lang w:eastAsia="zh-TW"/>
        </w:rPr>
        <w:t>(九) 若有涉性別事件情事，有不得聘任、任用、進用或運用之情事，如有此情事，無異議放棄錄取資格。</w:t>
      </w:r>
    </w:p>
    <w:p w14:paraId="4434715A" w14:textId="77777777" w:rsidR="006A0893" w:rsidRDefault="00593F49">
      <w:pPr>
        <w:ind w:left="1320" w:hanging="440"/>
        <w:jc w:val="both"/>
        <w:rPr>
          <w:lang w:eastAsia="zh-TW"/>
        </w:rPr>
      </w:pPr>
      <w:r>
        <w:rPr>
          <w:sz w:val="21"/>
          <w:lang w:eastAsia="zh-TW"/>
        </w:rPr>
        <w:t>(十) 在中國大陸設有戶籍，領用護照、身分證或定居證。</w:t>
      </w:r>
    </w:p>
    <w:p w14:paraId="2AED6496" w14:textId="77777777" w:rsidR="006A0893" w:rsidRDefault="00593F49">
      <w:pPr>
        <w:ind w:left="880" w:hanging="440"/>
        <w:jc w:val="both"/>
        <w:rPr>
          <w:lang w:eastAsia="zh-TW"/>
        </w:rPr>
      </w:pPr>
      <w:r>
        <w:rPr>
          <w:sz w:val="21"/>
          <w:lang w:eastAsia="zh-TW"/>
        </w:rPr>
        <w:t>二、以該甄選類科合格教師資格報考者：</w:t>
      </w:r>
    </w:p>
    <w:p w14:paraId="70388EA1" w14:textId="77777777" w:rsidR="006A0893" w:rsidRDefault="00593F49">
      <w:pPr>
        <w:ind w:left="1320" w:hanging="440"/>
        <w:jc w:val="both"/>
        <w:rPr>
          <w:lang w:eastAsia="zh-TW"/>
        </w:rPr>
      </w:pPr>
      <w:r>
        <w:rPr>
          <w:sz w:val="21"/>
          <w:lang w:eastAsia="zh-TW"/>
        </w:rPr>
        <w:t>(</w:t>
      </w:r>
      <w:proofErr w:type="gramStart"/>
      <w:r>
        <w:rPr>
          <w:sz w:val="21"/>
          <w:lang w:eastAsia="zh-TW"/>
        </w:rPr>
        <w:t>一</w:t>
      </w:r>
      <w:proofErr w:type="gramEnd"/>
      <w:r>
        <w:rPr>
          <w:sz w:val="21"/>
          <w:lang w:eastAsia="zh-TW"/>
        </w:rPr>
        <w:t>)持有甄選類科中等學校合格教師證書尚在有效期間者(已取得合格教師證書之非現職教師， 92 年 8月 1 日前未脫離教學工作連續達 10 年以上)。</w:t>
      </w:r>
    </w:p>
    <w:p w14:paraId="44C4A2E9" w14:textId="77777777" w:rsidR="006A0893" w:rsidRDefault="00593F49">
      <w:pPr>
        <w:ind w:left="1320" w:hanging="440"/>
        <w:jc w:val="both"/>
        <w:rPr>
          <w:lang w:eastAsia="zh-TW"/>
        </w:rPr>
      </w:pPr>
      <w:r>
        <w:rPr>
          <w:sz w:val="21"/>
          <w:lang w:eastAsia="zh-TW"/>
        </w:rPr>
        <w:t>(二)參加高級中等以下學校及幼兒</w:t>
      </w:r>
      <w:proofErr w:type="gramStart"/>
      <w:r>
        <w:rPr>
          <w:sz w:val="21"/>
          <w:lang w:eastAsia="zh-TW"/>
        </w:rPr>
        <w:t>（稚</w:t>
      </w:r>
      <w:proofErr w:type="gramEnd"/>
      <w:r>
        <w:rPr>
          <w:sz w:val="21"/>
          <w:lang w:eastAsia="zh-TW"/>
        </w:rPr>
        <w:t>)園教師資格檢定考試及格並修習教育實習成績及格，且 符合師資培育法第11 條規定者，得檢附檢定考試及格證明</w:t>
      </w:r>
      <w:proofErr w:type="gramStart"/>
      <w:r>
        <w:rPr>
          <w:sz w:val="21"/>
          <w:lang w:eastAsia="zh-TW"/>
        </w:rPr>
        <w:t>（</w:t>
      </w:r>
      <w:proofErr w:type="gramEnd"/>
      <w:r>
        <w:rPr>
          <w:sz w:val="21"/>
          <w:lang w:eastAsia="zh-TW"/>
        </w:rPr>
        <w:t>如及格成績單</w:t>
      </w:r>
      <w:proofErr w:type="gramStart"/>
      <w:r>
        <w:rPr>
          <w:sz w:val="21"/>
          <w:lang w:eastAsia="zh-TW"/>
        </w:rPr>
        <w:t>）</w:t>
      </w:r>
      <w:proofErr w:type="gramEnd"/>
      <w:r>
        <w:rPr>
          <w:sz w:val="21"/>
          <w:lang w:eastAsia="zh-TW"/>
        </w:rPr>
        <w:t xml:space="preserve"> 、修畢師資職前 教育證明書、修習教育實習成績通過證明等。</w:t>
      </w:r>
    </w:p>
    <w:p w14:paraId="46AA9831" w14:textId="77777777" w:rsidR="006A0893" w:rsidRDefault="00593F49">
      <w:pPr>
        <w:ind w:left="1320" w:hanging="440"/>
        <w:jc w:val="both"/>
        <w:rPr>
          <w:lang w:eastAsia="zh-TW"/>
        </w:rPr>
      </w:pPr>
      <w:r>
        <w:rPr>
          <w:sz w:val="21"/>
          <w:lang w:eastAsia="zh-TW"/>
        </w:rPr>
        <w:t>(三)已取得合格教師證書之教師，以原持有合格教師證書(另一任教學科、領域、</w:t>
      </w:r>
      <w:proofErr w:type="gramStart"/>
      <w:r>
        <w:rPr>
          <w:sz w:val="21"/>
          <w:lang w:eastAsia="zh-TW"/>
        </w:rPr>
        <w:t>群科</w:t>
      </w:r>
      <w:proofErr w:type="gramEnd"/>
      <w:r>
        <w:rPr>
          <w:sz w:val="21"/>
          <w:lang w:eastAsia="zh-TW"/>
        </w:rPr>
        <w:t>、專長者 請附相同階段 別教師證書)、教師證書申請證明(如師資培育大學之函文)、報考科別之任 教專門課程認定證明書及專門課程學分表(另一任教學科、領域、</w:t>
      </w:r>
      <w:proofErr w:type="gramStart"/>
      <w:r>
        <w:rPr>
          <w:sz w:val="21"/>
          <w:lang w:eastAsia="zh-TW"/>
        </w:rPr>
        <w:t>群科</w:t>
      </w:r>
      <w:proofErr w:type="gramEnd"/>
      <w:r>
        <w:rPr>
          <w:sz w:val="21"/>
          <w:lang w:eastAsia="zh-TW"/>
        </w:rPr>
        <w:t>、專長者)或</w:t>
      </w:r>
      <w:proofErr w:type="gramStart"/>
      <w:r>
        <w:rPr>
          <w:sz w:val="21"/>
          <w:lang w:eastAsia="zh-TW"/>
        </w:rPr>
        <w:t>修畢中</w:t>
      </w:r>
      <w:proofErr w:type="gramEnd"/>
      <w:r>
        <w:rPr>
          <w:sz w:val="21"/>
          <w:lang w:eastAsia="zh-TW"/>
        </w:rPr>
        <w:t xml:space="preserve"> 等學校教育階段師資職前教育證明書或證明(另一 類科者)等文件，報名尚在辦理報考科別 之教師證書(含另一任教學科、領域、</w:t>
      </w:r>
      <w:proofErr w:type="gramStart"/>
      <w:r>
        <w:rPr>
          <w:sz w:val="21"/>
          <w:lang w:eastAsia="zh-TW"/>
        </w:rPr>
        <w:t>群科</w:t>
      </w:r>
      <w:proofErr w:type="gramEnd"/>
      <w:r>
        <w:rPr>
          <w:sz w:val="21"/>
          <w:lang w:eastAsia="zh-TW"/>
        </w:rPr>
        <w:t>、專長及另一類科)，無法於 報到日前取 得報考科別之中等學校教育階段合格教師證書者，同意無異議放棄錄取資格。</w:t>
      </w:r>
    </w:p>
    <w:p w14:paraId="199D5796" w14:textId="77777777" w:rsidR="006A0893" w:rsidRDefault="00593F49">
      <w:pPr>
        <w:ind w:left="880" w:hanging="440"/>
        <w:jc w:val="both"/>
        <w:rPr>
          <w:lang w:eastAsia="zh-TW"/>
        </w:rPr>
      </w:pPr>
      <w:r>
        <w:rPr>
          <w:sz w:val="21"/>
          <w:lang w:eastAsia="zh-TW"/>
        </w:rPr>
        <w:t xml:space="preserve">三、上述「修畢師資職前教育證明書(或證明)」及「任教專門課程認定證明書」等文件，須為教 </w:t>
      </w:r>
      <w:proofErr w:type="gramStart"/>
      <w:r>
        <w:rPr>
          <w:sz w:val="21"/>
          <w:lang w:eastAsia="zh-TW"/>
        </w:rPr>
        <w:t>育部或師資</w:t>
      </w:r>
      <w:proofErr w:type="gramEnd"/>
      <w:r>
        <w:rPr>
          <w:sz w:val="21"/>
          <w:lang w:eastAsia="zh-TW"/>
        </w:rPr>
        <w:t>培育之大學依法核發之有效文件。</w:t>
      </w:r>
    </w:p>
    <w:p w14:paraId="4435C96B" w14:textId="77777777" w:rsidR="006A0893" w:rsidRDefault="00593F49">
      <w:pPr>
        <w:jc w:val="both"/>
        <w:rPr>
          <w:lang w:eastAsia="zh-TW"/>
        </w:rPr>
      </w:pPr>
      <w:r>
        <w:rPr>
          <w:sz w:val="21"/>
          <w:lang w:eastAsia="zh-TW"/>
        </w:rPr>
        <w:t>此 致 國立北門高級中學</w:t>
      </w:r>
    </w:p>
    <w:p w14:paraId="5E7CE2FD" w14:textId="77777777" w:rsidR="006A0893" w:rsidRDefault="00593F49">
      <w:pPr>
        <w:jc w:val="both"/>
        <w:rPr>
          <w:lang w:eastAsia="zh-TW"/>
        </w:rPr>
      </w:pPr>
      <w:r>
        <w:rPr>
          <w:sz w:val="21"/>
          <w:lang w:eastAsia="zh-TW"/>
        </w:rPr>
        <w:t>立切結書人：                       （親自簽名或蓋章）</w:t>
      </w:r>
    </w:p>
    <w:p w14:paraId="781CEAEF" w14:textId="77777777" w:rsidR="006A0893" w:rsidRDefault="00593F49">
      <w:pPr>
        <w:jc w:val="both"/>
        <w:rPr>
          <w:lang w:eastAsia="zh-TW"/>
        </w:rPr>
      </w:pPr>
      <w:r>
        <w:rPr>
          <w:sz w:val="21"/>
          <w:lang w:eastAsia="zh-TW"/>
        </w:rPr>
        <w:t>身分證統一編號：</w:t>
      </w:r>
    </w:p>
    <w:p w14:paraId="086DC9AA" w14:textId="77777777" w:rsidR="006A0893" w:rsidRDefault="00593F49">
      <w:pPr>
        <w:jc w:val="both"/>
        <w:rPr>
          <w:lang w:eastAsia="zh-TW"/>
        </w:rPr>
      </w:pPr>
      <w:r>
        <w:rPr>
          <w:sz w:val="21"/>
          <w:lang w:eastAsia="zh-TW"/>
        </w:rPr>
        <w:t>住址：</w:t>
      </w:r>
    </w:p>
    <w:p w14:paraId="76DE3587" w14:textId="77777777" w:rsidR="006A0893" w:rsidRDefault="00593F49">
      <w:pPr>
        <w:jc w:val="both"/>
        <w:rPr>
          <w:lang w:eastAsia="zh-TW"/>
        </w:rPr>
      </w:pPr>
      <w:r>
        <w:rPr>
          <w:sz w:val="21"/>
          <w:lang w:eastAsia="zh-TW"/>
        </w:rPr>
        <w:t>電話：</w:t>
      </w:r>
    </w:p>
    <w:p w14:paraId="45B873C7" w14:textId="77777777" w:rsidR="006A0893" w:rsidRDefault="00593F49">
      <w:pPr>
        <w:jc w:val="both"/>
        <w:rPr>
          <w:lang w:eastAsia="zh-TW"/>
        </w:rPr>
      </w:pPr>
      <w:r>
        <w:rPr>
          <w:sz w:val="21"/>
          <w:lang w:eastAsia="zh-TW"/>
        </w:rPr>
        <w:t>中 華 民 國115 年   月    日</w:t>
      </w:r>
    </w:p>
    <w:p w14:paraId="503E7D52" w14:textId="77777777" w:rsidR="006A0893" w:rsidRDefault="00593F49">
      <w:pPr>
        <w:rPr>
          <w:lang w:eastAsia="zh-TW"/>
        </w:rPr>
      </w:pPr>
      <w:r>
        <w:rPr>
          <w:lang w:eastAsia="zh-TW"/>
        </w:rPr>
        <w:br w:type="page"/>
      </w:r>
    </w:p>
    <w:p w14:paraId="085A9F70" w14:textId="77777777" w:rsidR="006A0893" w:rsidRDefault="00593F49">
      <w:pPr>
        <w:jc w:val="both"/>
        <w:rPr>
          <w:lang w:eastAsia="zh-TW"/>
        </w:rPr>
      </w:pPr>
      <w:r>
        <w:rPr>
          <w:b/>
          <w:sz w:val="24"/>
          <w:lang w:eastAsia="zh-TW"/>
        </w:rPr>
        <w:lastRenderedPageBreak/>
        <w:t>附件4</w:t>
      </w:r>
    </w:p>
    <w:p w14:paraId="17A34DB4" w14:textId="77777777" w:rsidR="006A0893" w:rsidRDefault="00593F49">
      <w:pPr>
        <w:pStyle w:val="aa"/>
        <w:jc w:val="center"/>
        <w:rPr>
          <w:lang w:eastAsia="zh-TW"/>
        </w:rPr>
      </w:pPr>
      <w:r>
        <w:rPr>
          <w:lang w:eastAsia="zh-TW"/>
        </w:rPr>
        <w:t>擬任現職人員中國大陸身分證件情形具結書</w:t>
      </w:r>
    </w:p>
    <w:p w14:paraId="6EE8A6D7" w14:textId="77777777" w:rsidR="006A0893" w:rsidRDefault="00593F49">
      <w:pPr>
        <w:jc w:val="right"/>
        <w:rPr>
          <w:lang w:eastAsia="zh-TW"/>
        </w:rPr>
      </w:pPr>
      <w:r>
        <w:rPr>
          <w:sz w:val="20"/>
          <w:lang w:eastAsia="zh-TW"/>
        </w:rPr>
        <w:t>114.10.1版，115.1.1實施</w:t>
      </w:r>
    </w:p>
    <w:p w14:paraId="6E5565A3" w14:textId="77777777" w:rsidR="006A0893" w:rsidRDefault="00593F49">
      <w:pPr>
        <w:jc w:val="both"/>
        <w:rPr>
          <w:lang w:eastAsia="zh-TW"/>
        </w:rPr>
      </w:pPr>
      <w:r>
        <w:rPr>
          <w:lang w:eastAsia="zh-TW"/>
        </w:rPr>
        <w:t>茲就本人在中國大陸設有戶籍、領用中國大陸護照、身分證、定居證或居住證情形具結如下，如有不實，願負法律責任：</w:t>
      </w:r>
    </w:p>
    <w:p w14:paraId="5D290ED5" w14:textId="77777777" w:rsidR="006A0893" w:rsidRDefault="00593F49">
      <w:pPr>
        <w:ind w:left="880" w:hanging="440"/>
        <w:jc w:val="both"/>
        <w:rPr>
          <w:lang w:eastAsia="zh-TW"/>
        </w:rPr>
      </w:pPr>
      <w:r>
        <w:rPr>
          <w:lang w:eastAsia="zh-TW"/>
        </w:rPr>
        <w:t>一、是否在中國大陸設有戶籍、領用中國大陸護照、身分證、定居證情形 (如未填寫或拒絕填寫，將無法進用、送審、締約、換約或核派)：</w:t>
      </w:r>
    </w:p>
    <w:p w14:paraId="0B2ADB85" w14:textId="77777777" w:rsidR="006A0893" w:rsidRDefault="00593F49">
      <w:pPr>
        <w:ind w:left="1100" w:hanging="220"/>
        <w:jc w:val="both"/>
        <w:rPr>
          <w:lang w:eastAsia="zh-TW"/>
        </w:rPr>
      </w:pPr>
      <w:r>
        <w:rPr>
          <w:lang w:eastAsia="zh-TW"/>
        </w:rPr>
        <w:t>□本人沒有在中國大陸設有戶籍、領用中國大陸護照、身分證、定居 證。</w:t>
      </w:r>
    </w:p>
    <w:p w14:paraId="06344481" w14:textId="77777777" w:rsidR="006A0893" w:rsidRDefault="00593F49">
      <w:pPr>
        <w:ind w:left="1100" w:hanging="220"/>
        <w:jc w:val="both"/>
        <w:rPr>
          <w:lang w:eastAsia="zh-TW"/>
        </w:rPr>
      </w:pPr>
      <w:r>
        <w:rPr>
          <w:lang w:eastAsia="zh-TW"/>
        </w:rPr>
        <w:t>□本人在中國大陸設有戶籍，領用中國大陸護照、身分證、定居證：  (請接續勾選以下選項，可複選)</w:t>
      </w:r>
    </w:p>
    <w:p w14:paraId="1E34AB68" w14:textId="77777777" w:rsidR="006A0893" w:rsidRDefault="00593F49">
      <w:pPr>
        <w:ind w:left="1540" w:hanging="220"/>
        <w:jc w:val="both"/>
        <w:rPr>
          <w:lang w:eastAsia="zh-TW"/>
        </w:rPr>
      </w:pPr>
      <w:r>
        <w:rPr>
          <w:lang w:eastAsia="zh-TW"/>
        </w:rPr>
        <w:t>□有中國大陸戶籍及身分證。</w:t>
      </w:r>
    </w:p>
    <w:p w14:paraId="65A08481" w14:textId="77777777" w:rsidR="006A0893" w:rsidRDefault="00593F49">
      <w:pPr>
        <w:ind w:left="1540" w:hanging="220"/>
        <w:jc w:val="both"/>
        <w:rPr>
          <w:lang w:eastAsia="zh-TW"/>
        </w:rPr>
      </w:pPr>
      <w:r>
        <w:rPr>
          <w:lang w:eastAsia="zh-TW"/>
        </w:rPr>
        <w:t>□有中國大陸護照。</w:t>
      </w:r>
    </w:p>
    <w:p w14:paraId="5A082CE4" w14:textId="77777777" w:rsidR="006A0893" w:rsidRDefault="00593F49">
      <w:pPr>
        <w:ind w:left="1540" w:hanging="220"/>
        <w:jc w:val="both"/>
        <w:rPr>
          <w:lang w:eastAsia="zh-TW"/>
        </w:rPr>
      </w:pPr>
      <w:r>
        <w:rPr>
          <w:lang w:eastAsia="zh-TW"/>
        </w:rPr>
        <w:t>□有中國大陸定居證。</w:t>
      </w:r>
    </w:p>
    <w:p w14:paraId="06AF137A" w14:textId="77777777" w:rsidR="006A0893" w:rsidRDefault="00593F49">
      <w:pPr>
        <w:ind w:left="880" w:hanging="440"/>
        <w:jc w:val="both"/>
        <w:rPr>
          <w:lang w:eastAsia="zh-TW"/>
        </w:rPr>
      </w:pPr>
      <w:r>
        <w:rPr>
          <w:lang w:eastAsia="zh-TW"/>
        </w:rPr>
        <w:t>二、是否領用中國大陸「居住證」及處理情形(如未填寫或拒絕填寫，應由各用人機關造冊列管)：</w:t>
      </w:r>
    </w:p>
    <w:p w14:paraId="058AF156" w14:textId="77777777" w:rsidR="006A0893" w:rsidRDefault="00593F49">
      <w:pPr>
        <w:ind w:left="1320" w:hanging="440"/>
        <w:jc w:val="both"/>
        <w:rPr>
          <w:lang w:eastAsia="zh-TW"/>
        </w:rPr>
      </w:pPr>
      <w:r>
        <w:rPr>
          <w:lang w:eastAsia="zh-TW"/>
        </w:rPr>
        <w:t>(</w:t>
      </w:r>
      <w:proofErr w:type="gramStart"/>
      <w:r>
        <w:rPr>
          <w:lang w:eastAsia="zh-TW"/>
        </w:rPr>
        <w:t>一</w:t>
      </w:r>
      <w:proofErr w:type="gramEnd"/>
      <w:r>
        <w:rPr>
          <w:lang w:eastAsia="zh-TW"/>
        </w:rPr>
        <w:t>) 領用情形</w:t>
      </w:r>
    </w:p>
    <w:p w14:paraId="3E5924B1" w14:textId="77777777" w:rsidR="006A0893" w:rsidRDefault="00593F49">
      <w:pPr>
        <w:ind w:left="1540" w:hanging="220"/>
        <w:jc w:val="both"/>
        <w:rPr>
          <w:lang w:eastAsia="zh-TW"/>
        </w:rPr>
      </w:pPr>
      <w:r>
        <w:rPr>
          <w:lang w:eastAsia="zh-TW"/>
        </w:rPr>
        <w:t>□從來沒有領用。(勾選此項者</w:t>
      </w:r>
      <w:proofErr w:type="gramStart"/>
      <w:r>
        <w:rPr>
          <w:lang w:eastAsia="zh-TW"/>
        </w:rPr>
        <w:t>以下免填</w:t>
      </w:r>
      <w:proofErr w:type="gramEnd"/>
      <w:r>
        <w:rPr>
          <w:lang w:eastAsia="zh-TW"/>
        </w:rPr>
        <w:t>)</w:t>
      </w:r>
    </w:p>
    <w:p w14:paraId="7CE179D5" w14:textId="77777777" w:rsidR="006A0893" w:rsidRDefault="00593F49">
      <w:pPr>
        <w:ind w:left="1540" w:hanging="220"/>
        <w:jc w:val="both"/>
        <w:rPr>
          <w:lang w:eastAsia="zh-TW"/>
        </w:rPr>
      </w:pPr>
      <w:r>
        <w:rPr>
          <w:lang w:eastAsia="zh-TW"/>
        </w:rPr>
        <w:t>□曾經領用 (證號 )【已遺失者免填證號】，取得時間： 年 月 日；取得原因：</w:t>
      </w:r>
    </w:p>
    <w:p w14:paraId="710BD0EB" w14:textId="77777777" w:rsidR="006A0893" w:rsidRDefault="00593F49">
      <w:pPr>
        <w:ind w:left="1320" w:hanging="440"/>
        <w:jc w:val="both"/>
        <w:rPr>
          <w:lang w:eastAsia="zh-TW"/>
        </w:rPr>
      </w:pPr>
      <w:r>
        <w:rPr>
          <w:lang w:eastAsia="zh-TW"/>
        </w:rPr>
        <w:t>(二) 處理情形</w:t>
      </w:r>
    </w:p>
    <w:p w14:paraId="6D5AC0FA" w14:textId="77777777" w:rsidR="006A0893" w:rsidRDefault="00593F49">
      <w:pPr>
        <w:ind w:left="1540" w:hanging="220"/>
        <w:jc w:val="both"/>
        <w:rPr>
          <w:lang w:eastAsia="zh-TW"/>
        </w:rPr>
      </w:pPr>
      <w:r>
        <w:rPr>
          <w:lang w:eastAsia="zh-TW"/>
        </w:rPr>
        <w:t>□該證件已失效(有效期限至 年 月 日止)，本人承諾日後不再向中國大陸領用居住證。</w:t>
      </w:r>
    </w:p>
    <w:p w14:paraId="4DAA2F87" w14:textId="77777777" w:rsidR="006A0893" w:rsidRDefault="00593F49">
      <w:pPr>
        <w:ind w:left="1540" w:hanging="220"/>
        <w:jc w:val="both"/>
        <w:rPr>
          <w:lang w:eastAsia="zh-TW"/>
        </w:rPr>
      </w:pPr>
      <w:r>
        <w:rPr>
          <w:lang w:eastAsia="zh-TW"/>
        </w:rPr>
        <w:t>□該證件已遺失，本人承諾日後不再向中國大陸領用居住證。</w:t>
      </w:r>
    </w:p>
    <w:p w14:paraId="14EE3FDD" w14:textId="77777777" w:rsidR="006A0893" w:rsidRDefault="00593F49">
      <w:pPr>
        <w:ind w:left="1540" w:hanging="220"/>
        <w:jc w:val="both"/>
        <w:rPr>
          <w:lang w:eastAsia="zh-TW"/>
        </w:rPr>
      </w:pPr>
      <w:r>
        <w:rPr>
          <w:lang w:eastAsia="zh-TW"/>
        </w:rPr>
        <w:t>□該證件</w:t>
      </w:r>
      <w:proofErr w:type="gramStart"/>
      <w:r>
        <w:rPr>
          <w:lang w:eastAsia="zh-TW"/>
        </w:rPr>
        <w:t>已剪角並</w:t>
      </w:r>
      <w:proofErr w:type="gramEnd"/>
      <w:r>
        <w:rPr>
          <w:lang w:eastAsia="zh-TW"/>
        </w:rPr>
        <w:t>由服務機關(構)學校收繳留存，本人承諾日後不再向中國大陸領用居住證。</w:t>
      </w:r>
    </w:p>
    <w:p w14:paraId="1314B164" w14:textId="77777777" w:rsidR="006A0893" w:rsidRDefault="00593F49">
      <w:pPr>
        <w:ind w:left="1540" w:hanging="220"/>
        <w:jc w:val="both"/>
        <w:rPr>
          <w:lang w:eastAsia="zh-TW"/>
        </w:rPr>
      </w:pPr>
      <w:r>
        <w:rPr>
          <w:lang w:eastAsia="zh-TW"/>
        </w:rPr>
        <w:t>□其他(請簡要說明) ：</w:t>
      </w:r>
    </w:p>
    <w:p w14:paraId="1BE61455" w14:textId="77777777" w:rsidR="006A0893" w:rsidRDefault="00593F49">
      <w:pPr>
        <w:jc w:val="both"/>
        <w:rPr>
          <w:lang w:eastAsia="zh-TW"/>
        </w:rPr>
      </w:pPr>
      <w:r>
        <w:rPr>
          <w:lang w:eastAsia="zh-TW"/>
        </w:rPr>
        <w:t>具結人(簽章)：</w:t>
      </w:r>
    </w:p>
    <w:p w14:paraId="64A6D3E6" w14:textId="77777777" w:rsidR="006A0893" w:rsidRDefault="00593F49">
      <w:pPr>
        <w:jc w:val="both"/>
        <w:rPr>
          <w:lang w:eastAsia="zh-TW"/>
        </w:rPr>
      </w:pPr>
      <w:r>
        <w:rPr>
          <w:lang w:eastAsia="zh-TW"/>
        </w:rPr>
        <w:t>國民身分證統一編號：</w:t>
      </w:r>
    </w:p>
    <w:p w14:paraId="6F1C0248" w14:textId="77777777" w:rsidR="006A0893" w:rsidRDefault="00593F49">
      <w:pPr>
        <w:jc w:val="both"/>
        <w:rPr>
          <w:lang w:eastAsia="zh-TW"/>
        </w:rPr>
      </w:pPr>
      <w:r>
        <w:rPr>
          <w:lang w:eastAsia="zh-TW"/>
        </w:rPr>
        <w:t>擬任服務機關學校：</w:t>
      </w:r>
    </w:p>
    <w:p w14:paraId="20907B4B" w14:textId="77777777" w:rsidR="006A0893" w:rsidRDefault="00593F49">
      <w:pPr>
        <w:jc w:val="both"/>
        <w:rPr>
          <w:lang w:eastAsia="zh-TW"/>
        </w:rPr>
      </w:pPr>
      <w:r>
        <w:rPr>
          <w:lang w:eastAsia="zh-TW"/>
        </w:rPr>
        <w:t>中華民國 年 月 日 國立北門高級中學</w:t>
      </w:r>
    </w:p>
    <w:p w14:paraId="61D6BEE4" w14:textId="77777777" w:rsidR="006A0893" w:rsidRDefault="00593F49">
      <w:pPr>
        <w:rPr>
          <w:lang w:eastAsia="zh-TW"/>
        </w:rPr>
      </w:pPr>
      <w:r>
        <w:rPr>
          <w:lang w:eastAsia="zh-TW"/>
        </w:rPr>
        <w:br w:type="page"/>
      </w:r>
    </w:p>
    <w:p w14:paraId="06661815" w14:textId="77777777" w:rsidR="006A0893" w:rsidRDefault="00593F49">
      <w:pPr>
        <w:jc w:val="both"/>
        <w:rPr>
          <w:lang w:eastAsia="zh-TW"/>
        </w:rPr>
      </w:pPr>
      <w:r>
        <w:rPr>
          <w:b/>
          <w:sz w:val="24"/>
          <w:lang w:eastAsia="zh-TW"/>
        </w:rPr>
        <w:lastRenderedPageBreak/>
        <w:t>附件4續頁</w:t>
      </w:r>
    </w:p>
    <w:p w14:paraId="15B69CA6" w14:textId="77777777" w:rsidR="006A0893" w:rsidRDefault="00593F49">
      <w:pPr>
        <w:pStyle w:val="1"/>
        <w:jc w:val="both"/>
        <w:rPr>
          <w:lang w:eastAsia="zh-TW"/>
        </w:rPr>
      </w:pPr>
      <w:r>
        <w:rPr>
          <w:lang w:eastAsia="zh-TW"/>
        </w:rPr>
        <w:t>備註</w:t>
      </w:r>
    </w:p>
    <w:p w14:paraId="19A43691" w14:textId="77777777" w:rsidR="006A0893" w:rsidRDefault="00593F49">
      <w:pPr>
        <w:ind w:left="880" w:hanging="440"/>
        <w:jc w:val="both"/>
        <w:rPr>
          <w:lang w:eastAsia="zh-TW"/>
        </w:rPr>
      </w:pPr>
      <w:r>
        <w:rPr>
          <w:lang w:eastAsia="zh-TW"/>
        </w:rPr>
        <w:t>一、請具結人依實際情形分別於具結書□欄內打「🗸」。</w:t>
      </w:r>
    </w:p>
    <w:p w14:paraId="4BCE1D3C" w14:textId="77777777" w:rsidR="006A0893" w:rsidRDefault="00593F49">
      <w:pPr>
        <w:ind w:left="880" w:hanging="440"/>
        <w:jc w:val="both"/>
        <w:rPr>
          <w:lang w:eastAsia="zh-TW"/>
        </w:rPr>
      </w:pPr>
      <w:r>
        <w:rPr>
          <w:lang w:eastAsia="zh-TW"/>
        </w:rPr>
        <w:t>二、辦理依據：</w:t>
      </w:r>
    </w:p>
    <w:p w14:paraId="3D44685B" w14:textId="77777777" w:rsidR="006A0893" w:rsidRDefault="00593F49">
      <w:pPr>
        <w:ind w:left="1320" w:hanging="440"/>
        <w:jc w:val="both"/>
        <w:rPr>
          <w:lang w:eastAsia="zh-TW"/>
        </w:rPr>
      </w:pPr>
      <w:r>
        <w:rPr>
          <w:lang w:eastAsia="zh-TW"/>
        </w:rPr>
        <w:t>(</w:t>
      </w:r>
      <w:proofErr w:type="gramStart"/>
      <w:r>
        <w:rPr>
          <w:lang w:eastAsia="zh-TW"/>
        </w:rPr>
        <w:t>一</w:t>
      </w:r>
      <w:proofErr w:type="gramEnd"/>
      <w:r>
        <w:rPr>
          <w:lang w:eastAsia="zh-TW"/>
        </w:rPr>
        <w:t>)臺灣地區與大陸地區人民關係條例相關規定: 1. 第9條之1規定：臺灣地區人民不得在大陸地區設有戶籍或領用大陸地區護照。違反上述規定在大陸地區設有戶籍或領用大陸地區護照者，除經有關機關認有特殊考量必要外，喪失臺灣地區人民身分及其在臺灣地區選舉、罷免、創制、</w:t>
      </w:r>
      <w:proofErr w:type="gramStart"/>
      <w:r>
        <w:rPr>
          <w:lang w:eastAsia="zh-TW"/>
        </w:rPr>
        <w:t>複</w:t>
      </w:r>
      <w:proofErr w:type="gramEnd"/>
      <w:r>
        <w:rPr>
          <w:lang w:eastAsia="zh-TW"/>
        </w:rPr>
        <w:t>決、擔任軍職、公職及其他以在臺灣地區設有戶籍所衍生相關權利，並由戶政機關註銷其臺灣地區之戶籍登記。 2. 第21條第1項：大陸地區人民經許可進入臺灣地區者，除法律另有規定外，非在臺灣地區設有戶籍滿 10 年，不得登記為公職候選人、擔任公教或公營事業機關 （構）人員及組織政黨；非在臺灣地區設有戶籍滿 20 年，不得擔任情報機關（構）人員，或國防機關（構）之下列人員：○1 志願役軍官、士官及士兵。○2 義務役軍官及士官。○3 文職、教職及國軍聘雇人員。</w:t>
      </w:r>
    </w:p>
    <w:p w14:paraId="04643192" w14:textId="77777777" w:rsidR="006A0893" w:rsidRDefault="00593F49">
      <w:pPr>
        <w:ind w:left="1320" w:hanging="440"/>
        <w:jc w:val="both"/>
        <w:rPr>
          <w:lang w:eastAsia="zh-TW"/>
        </w:rPr>
      </w:pPr>
      <w:r>
        <w:rPr>
          <w:lang w:eastAsia="zh-TW"/>
        </w:rPr>
        <w:t xml:space="preserve">(二)大陸委員會 114 年 4 月 16 </w:t>
      </w:r>
      <w:proofErr w:type="gramStart"/>
      <w:r>
        <w:rPr>
          <w:lang w:eastAsia="zh-TW"/>
        </w:rPr>
        <w:t>日陸法字</w:t>
      </w:r>
      <w:proofErr w:type="gramEnd"/>
      <w:r>
        <w:rPr>
          <w:lang w:eastAsia="zh-TW"/>
        </w:rPr>
        <w:t>第 1140400361 號令：臺灣人民領有中共居民身分證或定居證，</w:t>
      </w:r>
      <w:proofErr w:type="gramStart"/>
      <w:r>
        <w:rPr>
          <w:lang w:eastAsia="zh-TW"/>
        </w:rPr>
        <w:t>均屬違反</w:t>
      </w:r>
      <w:proofErr w:type="gramEnd"/>
      <w:r>
        <w:rPr>
          <w:lang w:eastAsia="zh-TW"/>
        </w:rPr>
        <w:t>臺灣地區與大陸地區人民關係條例第9 條之1 規定。</w:t>
      </w:r>
    </w:p>
    <w:p w14:paraId="12CE5E98" w14:textId="77777777" w:rsidR="006A0893" w:rsidRDefault="00593F49">
      <w:pPr>
        <w:ind w:left="1320" w:hanging="440"/>
        <w:jc w:val="both"/>
        <w:rPr>
          <w:lang w:eastAsia="zh-TW"/>
        </w:rPr>
      </w:pPr>
      <w:r>
        <w:rPr>
          <w:lang w:eastAsia="zh-TW"/>
        </w:rPr>
        <w:t>(三)行政院秘書長114年5月19日院</w:t>
      </w:r>
      <w:proofErr w:type="gramStart"/>
      <w:r>
        <w:rPr>
          <w:lang w:eastAsia="zh-TW"/>
        </w:rPr>
        <w:t>臺法長</w:t>
      </w:r>
      <w:proofErr w:type="gramEnd"/>
      <w:r>
        <w:rPr>
          <w:lang w:eastAsia="zh-TW"/>
        </w:rPr>
        <w:t>字第1140610014、1140610014A 號函：禁止現職軍公教人員申領持用中國大陸居住證，倘現職軍公教人員違反規定申領持用居住證，亦未於服務 機關(構)學校清查據實以告，經發現後應由各用人機關 (構)學校，本於權責予以適當處置。</w:t>
      </w:r>
    </w:p>
    <w:p w14:paraId="120FBBAC" w14:textId="77777777" w:rsidR="006A0893" w:rsidRDefault="00593F49">
      <w:pPr>
        <w:ind w:left="1320" w:hanging="440"/>
        <w:jc w:val="both"/>
        <w:rPr>
          <w:lang w:eastAsia="zh-TW"/>
        </w:rPr>
      </w:pPr>
      <w:r>
        <w:rPr>
          <w:lang w:eastAsia="zh-TW"/>
        </w:rPr>
        <w:t xml:space="preserve">(四)大陸委員會 114 年 8 月 12 </w:t>
      </w:r>
      <w:proofErr w:type="gramStart"/>
      <w:r>
        <w:rPr>
          <w:lang w:eastAsia="zh-TW"/>
        </w:rPr>
        <w:t>日陸法字</w:t>
      </w:r>
      <w:proofErr w:type="gramEnd"/>
      <w:r>
        <w:rPr>
          <w:lang w:eastAsia="zh-TW"/>
        </w:rPr>
        <w:t>第 1140400971 號函：軍公教人員常態化、制度化查核機制於 115 年1 月 1日正式施行；各用人機關（構）學校應依「常態化、制度化查核人員範圍表」辦理相關查核作業。</w:t>
      </w:r>
    </w:p>
    <w:p w14:paraId="009F6FC8" w14:textId="77777777" w:rsidR="006A0893" w:rsidRDefault="00593F49">
      <w:pPr>
        <w:ind w:left="880" w:hanging="440"/>
        <w:jc w:val="both"/>
        <w:rPr>
          <w:lang w:eastAsia="zh-TW"/>
        </w:rPr>
      </w:pPr>
      <w:r>
        <w:rPr>
          <w:lang w:eastAsia="zh-TW"/>
        </w:rPr>
        <w:t xml:space="preserve">三、行政院大陸委員會105 年 10 月 27 </w:t>
      </w:r>
      <w:proofErr w:type="gramStart"/>
      <w:r>
        <w:rPr>
          <w:lang w:eastAsia="zh-TW"/>
        </w:rPr>
        <w:t>日陸法字</w:t>
      </w:r>
      <w:proofErr w:type="gramEnd"/>
      <w:r>
        <w:rPr>
          <w:lang w:eastAsia="zh-TW"/>
        </w:rPr>
        <w:t>第 1059909480 號函：關於各機關(構)、學校之臨時人員</w:t>
      </w:r>
      <w:proofErr w:type="gramStart"/>
      <w:r>
        <w:rPr>
          <w:lang w:eastAsia="zh-TW"/>
        </w:rPr>
        <w:t>（</w:t>
      </w:r>
      <w:proofErr w:type="gramEnd"/>
      <w:r>
        <w:rPr>
          <w:lang w:eastAsia="zh-TW"/>
        </w:rPr>
        <w:t>按：現有約用人員</w:t>
      </w:r>
      <w:proofErr w:type="gramStart"/>
      <w:r>
        <w:rPr>
          <w:lang w:eastAsia="zh-TW"/>
        </w:rPr>
        <w:t>）</w:t>
      </w:r>
      <w:proofErr w:type="gramEnd"/>
      <w:r>
        <w:rPr>
          <w:lang w:eastAsia="zh-TW"/>
        </w:rPr>
        <w:t>，非屬臺灣地區與大陸地區人民關係條例第21 條之規範範圍，不受在臺灣設有戶籍滿10年之限制；惟各用人機關(構)、</w:t>
      </w:r>
      <w:proofErr w:type="gramStart"/>
      <w:r>
        <w:rPr>
          <w:lang w:eastAsia="zh-TW"/>
        </w:rPr>
        <w:t>學校於進用</w:t>
      </w:r>
      <w:proofErr w:type="gramEnd"/>
      <w:r>
        <w:rPr>
          <w:lang w:eastAsia="zh-TW"/>
        </w:rPr>
        <w:t>相關人員時，仍應遵守其他有關法令規定，並應審酌其機關性質及工作內容，審慎考量評估是否適宜進用。</w:t>
      </w:r>
    </w:p>
    <w:p w14:paraId="7F900B44" w14:textId="77777777" w:rsidR="006A0893" w:rsidRDefault="00593F49">
      <w:pPr>
        <w:ind w:left="880" w:hanging="440"/>
        <w:jc w:val="both"/>
        <w:rPr>
          <w:lang w:eastAsia="zh-TW"/>
        </w:rPr>
      </w:pPr>
      <w:r>
        <w:rPr>
          <w:lang w:eastAsia="zh-TW"/>
        </w:rPr>
        <w:t>四、所指「領用」包含申領（換領、補領）、持用各種中國大陸相關身分證件。</w:t>
      </w:r>
    </w:p>
    <w:p w14:paraId="540D3813" w14:textId="77777777" w:rsidR="006A0893" w:rsidRDefault="00593F49">
      <w:pPr>
        <w:ind w:left="880" w:hanging="440"/>
        <w:jc w:val="both"/>
        <w:rPr>
          <w:lang w:eastAsia="zh-TW"/>
        </w:rPr>
      </w:pPr>
      <w:r>
        <w:rPr>
          <w:lang w:eastAsia="zh-TW"/>
        </w:rPr>
        <w:t>五、所領用之中國大陸居住證已失效者，無需由所服務機關(構)學校收繳留存。</w:t>
      </w:r>
    </w:p>
    <w:p w14:paraId="1A2D0666" w14:textId="77777777" w:rsidR="006A0893" w:rsidRDefault="00593F49">
      <w:pPr>
        <w:rPr>
          <w:lang w:eastAsia="zh-TW"/>
        </w:rPr>
      </w:pPr>
      <w:r>
        <w:rPr>
          <w:lang w:eastAsia="zh-TW"/>
        </w:rPr>
        <w:br w:type="page"/>
      </w:r>
    </w:p>
    <w:p w14:paraId="4C5B3432" w14:textId="77777777" w:rsidR="006A0893" w:rsidRDefault="00593F49">
      <w:pPr>
        <w:jc w:val="both"/>
        <w:rPr>
          <w:lang w:eastAsia="zh-TW"/>
        </w:rPr>
      </w:pPr>
      <w:r>
        <w:rPr>
          <w:b/>
          <w:sz w:val="24"/>
          <w:lang w:eastAsia="zh-TW"/>
        </w:rPr>
        <w:lastRenderedPageBreak/>
        <w:t>附件5</w:t>
      </w:r>
    </w:p>
    <w:p w14:paraId="61EE4465" w14:textId="77777777" w:rsidR="006A0893" w:rsidRDefault="00593F49">
      <w:pPr>
        <w:pStyle w:val="aa"/>
        <w:jc w:val="center"/>
        <w:rPr>
          <w:lang w:eastAsia="zh-TW"/>
        </w:rPr>
      </w:pPr>
      <w:r>
        <w:rPr>
          <w:lang w:eastAsia="zh-TW"/>
        </w:rPr>
        <w:t>國立北門高級中學</w:t>
      </w:r>
    </w:p>
    <w:p w14:paraId="0CC2B58E" w14:textId="77777777" w:rsidR="006A0893" w:rsidRDefault="00593F49">
      <w:pPr>
        <w:jc w:val="center"/>
        <w:rPr>
          <w:lang w:eastAsia="zh-TW"/>
        </w:rPr>
      </w:pPr>
      <w:r>
        <w:rPr>
          <w:b/>
          <w:sz w:val="26"/>
          <w:lang w:eastAsia="zh-TW"/>
        </w:rPr>
        <w:t>115</w:t>
      </w:r>
      <w:proofErr w:type="gramStart"/>
      <w:r>
        <w:rPr>
          <w:b/>
          <w:sz w:val="26"/>
          <w:lang w:eastAsia="zh-TW"/>
        </w:rPr>
        <w:t>學年度國文科</w:t>
      </w:r>
      <w:proofErr w:type="gramEnd"/>
      <w:r>
        <w:rPr>
          <w:b/>
          <w:sz w:val="26"/>
          <w:lang w:eastAsia="zh-TW"/>
        </w:rPr>
        <w:t>代理教師甄選應考人申請複查成績申請書</w:t>
      </w:r>
    </w:p>
    <w:p w14:paraId="24BBBA6A" w14:textId="77777777" w:rsidR="006A0893" w:rsidRDefault="00593F49">
      <w:pPr>
        <w:jc w:val="right"/>
      </w:pPr>
      <w:proofErr w:type="spellStart"/>
      <w:r>
        <w:t>收件編號</w:t>
      </w:r>
      <w:proofErr w:type="spellEnd"/>
      <w:r>
        <w:t>：________________</w:t>
      </w:r>
    </w:p>
    <w:tbl>
      <w:tblPr>
        <w:tblW w:w="0" w:type="auto"/>
        <w:jc w:val="center"/>
        <w:tblLayout w:type="fixed"/>
        <w:tblLook w:val="04A0" w:firstRow="1" w:lastRow="0" w:firstColumn="1" w:lastColumn="0" w:noHBand="0" w:noVBand="1"/>
      </w:tblPr>
      <w:tblGrid>
        <w:gridCol w:w="1701"/>
        <w:gridCol w:w="3345"/>
        <w:gridCol w:w="1701"/>
        <w:gridCol w:w="3345"/>
      </w:tblGrid>
      <w:tr w:rsidR="006A0893" w14:paraId="6760CF9D" w14:textId="77777777">
        <w:trPr>
          <w:cantSplit/>
          <w:tblHeader/>
          <w:jc w:val="center"/>
        </w:trPr>
        <w:tc>
          <w:tcPr>
            <w:tcW w:w="1701" w:type="dxa"/>
            <w:tcBorders>
              <w:top w:val="single" w:sz="4" w:space="0" w:color="000000"/>
              <w:left w:val="single" w:sz="4" w:space="0" w:color="000000"/>
              <w:bottom w:val="single" w:sz="4" w:space="0" w:color="000000"/>
              <w:right w:val="single" w:sz="4" w:space="0" w:color="000000"/>
            </w:tcBorders>
            <w:vAlign w:val="center"/>
          </w:tcPr>
          <w:p w14:paraId="50EB4654" w14:textId="77777777" w:rsidR="006A0893" w:rsidRDefault="00593F49">
            <w:pPr>
              <w:spacing w:before="40" w:line="259" w:lineRule="auto"/>
              <w:jc w:val="center"/>
            </w:pPr>
            <w:proofErr w:type="spellStart"/>
            <w:r>
              <w:rPr>
                <w:b/>
                <w:sz w:val="21"/>
              </w:rPr>
              <w:t>應考人</w:t>
            </w:r>
            <w:proofErr w:type="spellEnd"/>
          </w:p>
        </w:tc>
        <w:tc>
          <w:tcPr>
            <w:tcW w:w="3345" w:type="dxa"/>
            <w:tcBorders>
              <w:top w:val="single" w:sz="4" w:space="0" w:color="000000"/>
              <w:left w:val="single" w:sz="4" w:space="0" w:color="000000"/>
              <w:bottom w:val="single" w:sz="4" w:space="0" w:color="000000"/>
              <w:right w:val="single" w:sz="4" w:space="0" w:color="000000"/>
            </w:tcBorders>
            <w:vAlign w:val="center"/>
          </w:tcPr>
          <w:p w14:paraId="6CF5EBD7" w14:textId="77777777" w:rsidR="006A0893" w:rsidRDefault="006A0893">
            <w:pPr>
              <w:spacing w:before="40" w:line="259" w:lineRule="auto"/>
              <w:jc w:val="center"/>
            </w:pPr>
          </w:p>
        </w:tc>
        <w:tc>
          <w:tcPr>
            <w:tcW w:w="1701" w:type="dxa"/>
            <w:tcBorders>
              <w:top w:val="single" w:sz="4" w:space="0" w:color="000000"/>
              <w:left w:val="single" w:sz="4" w:space="0" w:color="000000"/>
              <w:bottom w:val="single" w:sz="4" w:space="0" w:color="000000"/>
              <w:right w:val="single" w:sz="4" w:space="0" w:color="000000"/>
            </w:tcBorders>
            <w:vAlign w:val="center"/>
          </w:tcPr>
          <w:p w14:paraId="31658374" w14:textId="77777777" w:rsidR="006A0893" w:rsidRDefault="00593F49">
            <w:pPr>
              <w:spacing w:before="40" w:line="259" w:lineRule="auto"/>
              <w:jc w:val="center"/>
            </w:pPr>
            <w:proofErr w:type="spellStart"/>
            <w:r>
              <w:rPr>
                <w:b/>
                <w:sz w:val="21"/>
              </w:rPr>
              <w:t>出生年月日</w:t>
            </w:r>
            <w:proofErr w:type="spellEnd"/>
          </w:p>
        </w:tc>
        <w:tc>
          <w:tcPr>
            <w:tcW w:w="3345" w:type="dxa"/>
            <w:tcBorders>
              <w:top w:val="single" w:sz="4" w:space="0" w:color="000000"/>
              <w:left w:val="single" w:sz="4" w:space="0" w:color="000000"/>
              <w:bottom w:val="single" w:sz="4" w:space="0" w:color="000000"/>
              <w:right w:val="single" w:sz="4" w:space="0" w:color="000000"/>
            </w:tcBorders>
            <w:vAlign w:val="center"/>
          </w:tcPr>
          <w:p w14:paraId="1E70C5CB" w14:textId="77777777" w:rsidR="006A0893" w:rsidRDefault="00593F49">
            <w:pPr>
              <w:spacing w:before="40" w:line="259" w:lineRule="auto"/>
              <w:jc w:val="center"/>
            </w:pPr>
            <w:r>
              <w:rPr>
                <w:b/>
                <w:sz w:val="21"/>
              </w:rPr>
              <w:t>年　月　日</w:t>
            </w:r>
          </w:p>
        </w:tc>
      </w:tr>
      <w:tr w:rsidR="006A0893" w14:paraId="52695771" w14:textId="77777777">
        <w:trPr>
          <w:cantSplit/>
          <w:jc w:val="center"/>
        </w:trPr>
        <w:tc>
          <w:tcPr>
            <w:tcW w:w="1701" w:type="dxa"/>
            <w:tcBorders>
              <w:top w:val="single" w:sz="4" w:space="0" w:color="000000"/>
              <w:left w:val="single" w:sz="4" w:space="0" w:color="000000"/>
              <w:bottom w:val="single" w:sz="4" w:space="0" w:color="000000"/>
              <w:right w:val="single" w:sz="4" w:space="0" w:color="000000"/>
            </w:tcBorders>
            <w:vAlign w:val="center"/>
          </w:tcPr>
          <w:p w14:paraId="0809B632" w14:textId="77777777" w:rsidR="006A0893" w:rsidRDefault="00593F49">
            <w:pPr>
              <w:spacing w:before="40" w:line="259" w:lineRule="auto"/>
              <w:jc w:val="center"/>
            </w:pPr>
            <w:proofErr w:type="spellStart"/>
            <w:r>
              <w:rPr>
                <w:sz w:val="21"/>
              </w:rPr>
              <w:t>身分證字號</w:t>
            </w:r>
            <w:proofErr w:type="spellEnd"/>
          </w:p>
        </w:tc>
        <w:tc>
          <w:tcPr>
            <w:tcW w:w="3345" w:type="dxa"/>
            <w:tcBorders>
              <w:top w:val="single" w:sz="4" w:space="0" w:color="000000"/>
              <w:left w:val="single" w:sz="4" w:space="0" w:color="000000"/>
              <w:bottom w:val="single" w:sz="4" w:space="0" w:color="000000"/>
              <w:right w:val="single" w:sz="4" w:space="0" w:color="000000"/>
            </w:tcBorders>
            <w:vAlign w:val="center"/>
          </w:tcPr>
          <w:p w14:paraId="779F4ED0" w14:textId="77777777" w:rsidR="006A0893" w:rsidRDefault="006A0893">
            <w:pPr>
              <w:spacing w:before="40" w:line="259" w:lineRule="auto"/>
              <w:jc w:val="center"/>
            </w:pPr>
          </w:p>
        </w:tc>
        <w:tc>
          <w:tcPr>
            <w:tcW w:w="1701" w:type="dxa"/>
            <w:tcBorders>
              <w:top w:val="single" w:sz="4" w:space="0" w:color="000000"/>
              <w:left w:val="single" w:sz="4" w:space="0" w:color="000000"/>
              <w:bottom w:val="single" w:sz="4" w:space="0" w:color="000000"/>
              <w:right w:val="single" w:sz="4" w:space="0" w:color="000000"/>
            </w:tcBorders>
            <w:vAlign w:val="center"/>
          </w:tcPr>
          <w:p w14:paraId="359F79AC" w14:textId="77777777" w:rsidR="006A0893" w:rsidRDefault="00593F49">
            <w:pPr>
              <w:spacing w:before="40" w:line="259" w:lineRule="auto"/>
              <w:jc w:val="center"/>
            </w:pPr>
            <w:proofErr w:type="spellStart"/>
            <w:r>
              <w:rPr>
                <w:sz w:val="21"/>
              </w:rPr>
              <w:t>聯絡電話</w:t>
            </w:r>
            <w:proofErr w:type="spellEnd"/>
          </w:p>
        </w:tc>
        <w:tc>
          <w:tcPr>
            <w:tcW w:w="3345" w:type="dxa"/>
            <w:tcBorders>
              <w:top w:val="single" w:sz="4" w:space="0" w:color="000000"/>
              <w:left w:val="single" w:sz="4" w:space="0" w:color="000000"/>
              <w:bottom w:val="single" w:sz="4" w:space="0" w:color="000000"/>
              <w:right w:val="single" w:sz="4" w:space="0" w:color="000000"/>
            </w:tcBorders>
            <w:vAlign w:val="center"/>
          </w:tcPr>
          <w:p w14:paraId="420B9BEB" w14:textId="77777777" w:rsidR="006A0893" w:rsidRDefault="00593F49">
            <w:pPr>
              <w:spacing w:before="40" w:line="259" w:lineRule="auto"/>
              <w:jc w:val="center"/>
            </w:pPr>
            <w:proofErr w:type="spellStart"/>
            <w:r>
              <w:rPr>
                <w:sz w:val="21"/>
              </w:rPr>
              <w:t>電話</w:t>
            </w:r>
            <w:proofErr w:type="spellEnd"/>
            <w:r>
              <w:rPr>
                <w:sz w:val="21"/>
              </w:rPr>
              <w:t>：</w:t>
            </w:r>
            <w:r>
              <w:rPr>
                <w:sz w:val="21"/>
              </w:rPr>
              <w:br/>
            </w:r>
            <w:proofErr w:type="spellStart"/>
            <w:r>
              <w:rPr>
                <w:sz w:val="21"/>
              </w:rPr>
              <w:t>手機</w:t>
            </w:r>
            <w:proofErr w:type="spellEnd"/>
            <w:r>
              <w:rPr>
                <w:sz w:val="21"/>
              </w:rPr>
              <w:t>：</w:t>
            </w:r>
          </w:p>
        </w:tc>
      </w:tr>
      <w:tr w:rsidR="006A0893" w14:paraId="0F891AF2" w14:textId="77777777">
        <w:trPr>
          <w:cantSplit/>
          <w:jc w:val="center"/>
        </w:trPr>
        <w:tc>
          <w:tcPr>
            <w:tcW w:w="1701" w:type="dxa"/>
            <w:tcBorders>
              <w:top w:val="single" w:sz="4" w:space="0" w:color="000000"/>
              <w:left w:val="single" w:sz="4" w:space="0" w:color="000000"/>
              <w:bottom w:val="single" w:sz="4" w:space="0" w:color="000000"/>
              <w:right w:val="single" w:sz="4" w:space="0" w:color="000000"/>
            </w:tcBorders>
            <w:vAlign w:val="center"/>
          </w:tcPr>
          <w:p w14:paraId="2E4C786C" w14:textId="77777777" w:rsidR="006A0893" w:rsidRDefault="00593F49">
            <w:pPr>
              <w:spacing w:before="40" w:line="259" w:lineRule="auto"/>
              <w:jc w:val="center"/>
            </w:pPr>
            <w:proofErr w:type="spellStart"/>
            <w:r>
              <w:rPr>
                <w:sz w:val="21"/>
              </w:rPr>
              <w:t>考試類科</w:t>
            </w:r>
            <w:proofErr w:type="spellEnd"/>
          </w:p>
        </w:tc>
        <w:tc>
          <w:tcPr>
            <w:tcW w:w="3345" w:type="dxa"/>
            <w:tcBorders>
              <w:top w:val="single" w:sz="4" w:space="0" w:color="000000"/>
              <w:left w:val="single" w:sz="4" w:space="0" w:color="000000"/>
              <w:bottom w:val="single" w:sz="4" w:space="0" w:color="000000"/>
              <w:right w:val="single" w:sz="4" w:space="0" w:color="000000"/>
            </w:tcBorders>
            <w:vAlign w:val="center"/>
          </w:tcPr>
          <w:p w14:paraId="46B49011" w14:textId="77777777" w:rsidR="006A0893" w:rsidRDefault="00593F49">
            <w:pPr>
              <w:spacing w:before="40" w:line="259" w:lineRule="auto"/>
              <w:jc w:val="center"/>
            </w:pPr>
            <w:proofErr w:type="spellStart"/>
            <w:r>
              <w:rPr>
                <w:sz w:val="21"/>
              </w:rPr>
              <w:t>國文科</w:t>
            </w:r>
            <w:proofErr w:type="spellEnd"/>
          </w:p>
        </w:tc>
        <w:tc>
          <w:tcPr>
            <w:tcW w:w="1701" w:type="dxa"/>
            <w:tcBorders>
              <w:top w:val="single" w:sz="4" w:space="0" w:color="000000"/>
              <w:left w:val="single" w:sz="4" w:space="0" w:color="000000"/>
              <w:bottom w:val="single" w:sz="4" w:space="0" w:color="000000"/>
              <w:right w:val="single" w:sz="4" w:space="0" w:color="000000"/>
            </w:tcBorders>
            <w:vAlign w:val="center"/>
          </w:tcPr>
          <w:p w14:paraId="1807A4EF" w14:textId="77777777" w:rsidR="006A0893" w:rsidRDefault="00593F49">
            <w:pPr>
              <w:spacing w:before="40" w:line="259" w:lineRule="auto"/>
              <w:jc w:val="center"/>
            </w:pPr>
            <w:proofErr w:type="spellStart"/>
            <w:r>
              <w:rPr>
                <w:sz w:val="21"/>
              </w:rPr>
              <w:t>入場證編號</w:t>
            </w:r>
            <w:proofErr w:type="spellEnd"/>
          </w:p>
        </w:tc>
        <w:tc>
          <w:tcPr>
            <w:tcW w:w="3345" w:type="dxa"/>
            <w:tcBorders>
              <w:top w:val="single" w:sz="4" w:space="0" w:color="000000"/>
              <w:left w:val="single" w:sz="4" w:space="0" w:color="000000"/>
              <w:bottom w:val="single" w:sz="4" w:space="0" w:color="000000"/>
              <w:right w:val="single" w:sz="4" w:space="0" w:color="000000"/>
            </w:tcBorders>
            <w:vAlign w:val="center"/>
          </w:tcPr>
          <w:p w14:paraId="784F269C" w14:textId="77777777" w:rsidR="006A0893" w:rsidRDefault="006A0893">
            <w:pPr>
              <w:spacing w:before="40" w:line="259" w:lineRule="auto"/>
              <w:jc w:val="center"/>
            </w:pPr>
          </w:p>
        </w:tc>
      </w:tr>
      <w:tr w:rsidR="006A0893" w14:paraId="06682CCA" w14:textId="77777777">
        <w:trPr>
          <w:cantSplit/>
          <w:jc w:val="center"/>
        </w:trPr>
        <w:tc>
          <w:tcPr>
            <w:tcW w:w="1701" w:type="dxa"/>
            <w:tcBorders>
              <w:top w:val="single" w:sz="4" w:space="0" w:color="000000"/>
              <w:left w:val="single" w:sz="4" w:space="0" w:color="000000"/>
              <w:bottom w:val="single" w:sz="4" w:space="0" w:color="000000"/>
              <w:right w:val="single" w:sz="4" w:space="0" w:color="000000"/>
            </w:tcBorders>
            <w:vAlign w:val="center"/>
          </w:tcPr>
          <w:p w14:paraId="19DB7B86" w14:textId="77777777" w:rsidR="006A0893" w:rsidRDefault="00593F49">
            <w:pPr>
              <w:spacing w:before="40" w:line="259" w:lineRule="auto"/>
              <w:jc w:val="center"/>
            </w:pPr>
            <w:proofErr w:type="spellStart"/>
            <w:r>
              <w:rPr>
                <w:sz w:val="21"/>
              </w:rPr>
              <w:t>複查項目</w:t>
            </w:r>
            <w:proofErr w:type="spellEnd"/>
          </w:p>
        </w:tc>
        <w:tc>
          <w:tcPr>
            <w:tcW w:w="3345" w:type="dxa"/>
            <w:tcBorders>
              <w:top w:val="single" w:sz="4" w:space="0" w:color="000000"/>
              <w:left w:val="single" w:sz="4" w:space="0" w:color="000000"/>
              <w:bottom w:val="single" w:sz="4" w:space="0" w:color="000000"/>
              <w:right w:val="single" w:sz="4" w:space="0" w:color="000000"/>
            </w:tcBorders>
            <w:vAlign w:val="center"/>
          </w:tcPr>
          <w:p w14:paraId="141E93B5" w14:textId="77777777" w:rsidR="006A0893" w:rsidRDefault="00593F49">
            <w:pPr>
              <w:spacing w:before="40" w:line="259" w:lineRule="auto"/>
              <w:jc w:val="center"/>
            </w:pPr>
            <w:r>
              <w:rPr>
                <w:sz w:val="21"/>
              </w:rPr>
              <w:t>□</w:t>
            </w:r>
            <w:proofErr w:type="spellStart"/>
            <w:r>
              <w:rPr>
                <w:sz w:val="21"/>
              </w:rPr>
              <w:t>試教</w:t>
            </w:r>
            <w:proofErr w:type="spellEnd"/>
            <w:r>
              <w:rPr>
                <w:sz w:val="21"/>
              </w:rPr>
              <w:t xml:space="preserve">　□</w:t>
            </w:r>
            <w:proofErr w:type="spellStart"/>
            <w:r>
              <w:rPr>
                <w:sz w:val="21"/>
              </w:rPr>
              <w:t>口試</w:t>
            </w:r>
            <w:proofErr w:type="spellEnd"/>
          </w:p>
        </w:tc>
        <w:tc>
          <w:tcPr>
            <w:tcW w:w="1701" w:type="dxa"/>
            <w:tcBorders>
              <w:top w:val="single" w:sz="4" w:space="0" w:color="000000"/>
              <w:left w:val="single" w:sz="4" w:space="0" w:color="000000"/>
              <w:bottom w:val="single" w:sz="4" w:space="0" w:color="000000"/>
              <w:right w:val="single" w:sz="4" w:space="0" w:color="000000"/>
            </w:tcBorders>
            <w:vAlign w:val="center"/>
          </w:tcPr>
          <w:p w14:paraId="741539ED" w14:textId="77777777" w:rsidR="006A0893" w:rsidRDefault="00593F49">
            <w:pPr>
              <w:spacing w:before="40" w:line="259" w:lineRule="auto"/>
              <w:jc w:val="center"/>
            </w:pPr>
            <w:proofErr w:type="spellStart"/>
            <w:r>
              <w:rPr>
                <w:sz w:val="21"/>
              </w:rPr>
              <w:t>申請人簽章</w:t>
            </w:r>
            <w:proofErr w:type="spellEnd"/>
          </w:p>
        </w:tc>
        <w:tc>
          <w:tcPr>
            <w:tcW w:w="3345" w:type="dxa"/>
            <w:tcBorders>
              <w:top w:val="single" w:sz="4" w:space="0" w:color="000000"/>
              <w:left w:val="single" w:sz="4" w:space="0" w:color="000000"/>
              <w:bottom w:val="single" w:sz="4" w:space="0" w:color="000000"/>
              <w:right w:val="single" w:sz="4" w:space="0" w:color="000000"/>
            </w:tcBorders>
            <w:vAlign w:val="center"/>
          </w:tcPr>
          <w:p w14:paraId="6D5C3B9F" w14:textId="77777777" w:rsidR="006A0893" w:rsidRDefault="006A0893">
            <w:pPr>
              <w:spacing w:before="40" w:line="259" w:lineRule="auto"/>
              <w:jc w:val="center"/>
            </w:pPr>
          </w:p>
        </w:tc>
      </w:tr>
      <w:tr w:rsidR="006A0893" w14:paraId="6854D2BC" w14:textId="77777777">
        <w:trPr>
          <w:cantSplit/>
          <w:jc w:val="center"/>
        </w:trPr>
        <w:tc>
          <w:tcPr>
            <w:tcW w:w="1701" w:type="dxa"/>
            <w:tcBorders>
              <w:top w:val="single" w:sz="4" w:space="0" w:color="000000"/>
              <w:left w:val="single" w:sz="4" w:space="0" w:color="000000"/>
              <w:bottom w:val="single" w:sz="4" w:space="0" w:color="000000"/>
              <w:right w:val="single" w:sz="4" w:space="0" w:color="000000"/>
            </w:tcBorders>
            <w:vAlign w:val="center"/>
          </w:tcPr>
          <w:p w14:paraId="658AF5C1" w14:textId="77777777" w:rsidR="006A0893" w:rsidRDefault="00593F49">
            <w:pPr>
              <w:spacing w:before="40" w:line="259" w:lineRule="auto"/>
              <w:jc w:val="center"/>
            </w:pPr>
            <w:proofErr w:type="spellStart"/>
            <w:r>
              <w:rPr>
                <w:sz w:val="21"/>
              </w:rPr>
              <w:t>申請日期</w:t>
            </w:r>
            <w:proofErr w:type="spellEnd"/>
          </w:p>
        </w:tc>
        <w:tc>
          <w:tcPr>
            <w:tcW w:w="3345" w:type="dxa"/>
            <w:tcBorders>
              <w:top w:val="single" w:sz="4" w:space="0" w:color="000000"/>
              <w:left w:val="single" w:sz="4" w:space="0" w:color="000000"/>
              <w:bottom w:val="single" w:sz="4" w:space="0" w:color="000000"/>
              <w:right w:val="single" w:sz="4" w:space="0" w:color="000000"/>
            </w:tcBorders>
            <w:vAlign w:val="center"/>
          </w:tcPr>
          <w:p w14:paraId="1F02EC0B" w14:textId="77777777" w:rsidR="006A0893" w:rsidRDefault="00593F49">
            <w:pPr>
              <w:spacing w:before="40" w:line="259" w:lineRule="auto"/>
              <w:jc w:val="center"/>
            </w:pPr>
            <w:r>
              <w:rPr>
                <w:sz w:val="21"/>
              </w:rPr>
              <w:t>年　月　日</w:t>
            </w:r>
          </w:p>
        </w:tc>
        <w:tc>
          <w:tcPr>
            <w:tcW w:w="1701" w:type="dxa"/>
            <w:tcBorders>
              <w:top w:val="single" w:sz="4" w:space="0" w:color="000000"/>
              <w:left w:val="single" w:sz="4" w:space="0" w:color="000000"/>
              <w:bottom w:val="single" w:sz="4" w:space="0" w:color="000000"/>
              <w:right w:val="single" w:sz="4" w:space="0" w:color="000000"/>
            </w:tcBorders>
            <w:vAlign w:val="center"/>
          </w:tcPr>
          <w:p w14:paraId="4E26304C" w14:textId="77777777" w:rsidR="006A0893" w:rsidRDefault="006A0893">
            <w:pPr>
              <w:spacing w:before="40" w:line="259" w:lineRule="auto"/>
              <w:jc w:val="center"/>
            </w:pPr>
          </w:p>
        </w:tc>
        <w:tc>
          <w:tcPr>
            <w:tcW w:w="3345" w:type="dxa"/>
            <w:tcBorders>
              <w:top w:val="single" w:sz="4" w:space="0" w:color="000000"/>
              <w:left w:val="single" w:sz="4" w:space="0" w:color="000000"/>
              <w:bottom w:val="single" w:sz="4" w:space="0" w:color="000000"/>
              <w:right w:val="single" w:sz="4" w:space="0" w:color="000000"/>
            </w:tcBorders>
            <w:vAlign w:val="center"/>
          </w:tcPr>
          <w:p w14:paraId="2A17A655" w14:textId="77777777" w:rsidR="006A0893" w:rsidRDefault="006A0893">
            <w:pPr>
              <w:spacing w:before="40" w:line="259" w:lineRule="auto"/>
              <w:jc w:val="center"/>
            </w:pPr>
          </w:p>
        </w:tc>
      </w:tr>
    </w:tbl>
    <w:p w14:paraId="1925578E" w14:textId="77777777" w:rsidR="006A0893" w:rsidRDefault="00593F49">
      <w:pPr>
        <w:jc w:val="both"/>
      </w:pPr>
      <w:proofErr w:type="spellStart"/>
      <w:r>
        <w:rPr>
          <w:b/>
          <w:sz w:val="21"/>
        </w:rPr>
        <w:t>注意事項</w:t>
      </w:r>
      <w:proofErr w:type="spellEnd"/>
      <w:r>
        <w:rPr>
          <w:b/>
          <w:sz w:val="21"/>
        </w:rPr>
        <w:t>：</w:t>
      </w:r>
    </w:p>
    <w:p w14:paraId="489CB395" w14:textId="084A8E45" w:rsidR="006A0893" w:rsidRDefault="00593F49">
      <w:pPr>
        <w:ind w:left="880" w:hanging="440"/>
        <w:jc w:val="both"/>
        <w:rPr>
          <w:lang w:eastAsia="zh-TW"/>
        </w:rPr>
      </w:pPr>
      <w:r>
        <w:rPr>
          <w:sz w:val="21"/>
          <w:lang w:eastAsia="zh-TW"/>
        </w:rPr>
        <w:t>一、申請複查試教、口試成績，應於115年10月1</w:t>
      </w:r>
      <w:r w:rsidR="001B1976">
        <w:rPr>
          <w:rFonts w:hint="eastAsia"/>
          <w:sz w:val="21"/>
          <w:lang w:eastAsia="zh-TW"/>
        </w:rPr>
        <w:t>5</w:t>
      </w:r>
      <w:r>
        <w:rPr>
          <w:sz w:val="21"/>
          <w:lang w:eastAsia="zh-TW"/>
        </w:rPr>
        <w:t>日下午3時至5時，攜帶入場證及複查成績申請書，並繳交新臺幣壹佰元，親向本校教務處提出；複查成績以一次為限，逾期不予受理。</w:t>
      </w:r>
    </w:p>
    <w:p w14:paraId="3EA24288" w14:textId="77777777" w:rsidR="006A0893" w:rsidRDefault="00593F49">
      <w:pPr>
        <w:ind w:left="880" w:hanging="440"/>
        <w:jc w:val="both"/>
        <w:rPr>
          <w:lang w:eastAsia="zh-TW"/>
        </w:rPr>
      </w:pPr>
      <w:r>
        <w:rPr>
          <w:sz w:val="21"/>
          <w:lang w:eastAsia="zh-TW"/>
        </w:rPr>
        <w:t>二、複查僅限申請項目成績加總計算是否有誤；未申請部分不予複查，不得要求重新閱卷、閱覽或提供試題或答案。</w:t>
      </w:r>
    </w:p>
    <w:p w14:paraId="71DF285B" w14:textId="77777777" w:rsidR="006A0893" w:rsidRDefault="00593F49">
      <w:pPr>
        <w:jc w:val="center"/>
        <w:rPr>
          <w:lang w:eastAsia="zh-TW"/>
        </w:rPr>
      </w:pPr>
      <w:proofErr w:type="gramStart"/>
      <w:r>
        <w:rPr>
          <w:lang w:eastAsia="zh-TW"/>
        </w:rPr>
        <w:t>──────────────</w:t>
      </w:r>
      <w:proofErr w:type="gramEnd"/>
      <w:r>
        <w:rPr>
          <w:lang w:eastAsia="zh-TW"/>
        </w:rPr>
        <w:t xml:space="preserve"> 請勿撕開 </w:t>
      </w:r>
      <w:proofErr w:type="gramStart"/>
      <w:r>
        <w:rPr>
          <w:lang w:eastAsia="zh-TW"/>
        </w:rPr>
        <w:t>──────</w:t>
      </w:r>
      <w:proofErr w:type="gramEnd"/>
      <w:r>
        <w:rPr>
          <w:lang w:eastAsia="zh-TW"/>
        </w:rPr>
        <w:t>────────</w:t>
      </w:r>
    </w:p>
    <w:p w14:paraId="191C19CE" w14:textId="77777777" w:rsidR="006A0893" w:rsidRDefault="00593F49">
      <w:pPr>
        <w:pStyle w:val="aa"/>
        <w:jc w:val="center"/>
        <w:rPr>
          <w:lang w:eastAsia="zh-TW"/>
        </w:rPr>
      </w:pPr>
      <w:r>
        <w:rPr>
          <w:lang w:eastAsia="zh-TW"/>
        </w:rPr>
        <w:t>國立北門高級中學</w:t>
      </w:r>
    </w:p>
    <w:p w14:paraId="6616B94B" w14:textId="77777777" w:rsidR="006A0893" w:rsidRDefault="00593F49">
      <w:pPr>
        <w:jc w:val="center"/>
        <w:rPr>
          <w:lang w:eastAsia="zh-TW"/>
        </w:rPr>
      </w:pPr>
      <w:r>
        <w:rPr>
          <w:b/>
          <w:sz w:val="26"/>
          <w:lang w:eastAsia="zh-TW"/>
        </w:rPr>
        <w:t>115</w:t>
      </w:r>
      <w:proofErr w:type="gramStart"/>
      <w:r>
        <w:rPr>
          <w:b/>
          <w:sz w:val="26"/>
          <w:lang w:eastAsia="zh-TW"/>
        </w:rPr>
        <w:t>學年度國文科</w:t>
      </w:r>
      <w:proofErr w:type="gramEnd"/>
      <w:r>
        <w:rPr>
          <w:b/>
          <w:sz w:val="26"/>
          <w:lang w:eastAsia="zh-TW"/>
        </w:rPr>
        <w:t>代理教師甄選應考人申請複查成績通知書</w:t>
      </w:r>
    </w:p>
    <w:p w14:paraId="10CF5AB3" w14:textId="77777777" w:rsidR="006A0893" w:rsidRDefault="00593F49">
      <w:pPr>
        <w:jc w:val="right"/>
      </w:pPr>
      <w:proofErr w:type="spellStart"/>
      <w:r>
        <w:t>收件編號</w:t>
      </w:r>
      <w:proofErr w:type="spellEnd"/>
      <w:r>
        <w:t>：________________</w:t>
      </w:r>
    </w:p>
    <w:tbl>
      <w:tblPr>
        <w:tblW w:w="0" w:type="auto"/>
        <w:jc w:val="center"/>
        <w:tblLayout w:type="fixed"/>
        <w:tblLook w:val="04A0" w:firstRow="1" w:lastRow="0" w:firstColumn="1" w:lastColumn="0" w:noHBand="0" w:noVBand="1"/>
      </w:tblPr>
      <w:tblGrid>
        <w:gridCol w:w="1701"/>
        <w:gridCol w:w="3345"/>
        <w:gridCol w:w="1701"/>
        <w:gridCol w:w="3345"/>
      </w:tblGrid>
      <w:tr w:rsidR="006A0893" w14:paraId="1BFE8421" w14:textId="77777777">
        <w:trPr>
          <w:cantSplit/>
          <w:tblHeader/>
          <w:jc w:val="center"/>
        </w:trPr>
        <w:tc>
          <w:tcPr>
            <w:tcW w:w="1701" w:type="dxa"/>
            <w:tcBorders>
              <w:top w:val="single" w:sz="4" w:space="0" w:color="000000"/>
              <w:left w:val="single" w:sz="4" w:space="0" w:color="000000"/>
              <w:bottom w:val="single" w:sz="4" w:space="0" w:color="000000"/>
              <w:right w:val="single" w:sz="4" w:space="0" w:color="000000"/>
            </w:tcBorders>
            <w:vAlign w:val="center"/>
          </w:tcPr>
          <w:p w14:paraId="7DD74071" w14:textId="77777777" w:rsidR="006A0893" w:rsidRDefault="00593F49">
            <w:pPr>
              <w:spacing w:before="40" w:line="259" w:lineRule="auto"/>
              <w:jc w:val="center"/>
            </w:pPr>
            <w:proofErr w:type="spellStart"/>
            <w:r>
              <w:rPr>
                <w:b/>
                <w:sz w:val="21"/>
              </w:rPr>
              <w:t>應考人</w:t>
            </w:r>
            <w:proofErr w:type="spellEnd"/>
          </w:p>
        </w:tc>
        <w:tc>
          <w:tcPr>
            <w:tcW w:w="3345" w:type="dxa"/>
            <w:tcBorders>
              <w:top w:val="single" w:sz="4" w:space="0" w:color="000000"/>
              <w:left w:val="single" w:sz="4" w:space="0" w:color="000000"/>
              <w:bottom w:val="single" w:sz="4" w:space="0" w:color="000000"/>
              <w:right w:val="single" w:sz="4" w:space="0" w:color="000000"/>
            </w:tcBorders>
            <w:vAlign w:val="center"/>
          </w:tcPr>
          <w:p w14:paraId="45D030D4" w14:textId="77777777" w:rsidR="006A0893" w:rsidRDefault="006A0893">
            <w:pPr>
              <w:spacing w:before="40" w:line="259" w:lineRule="auto"/>
              <w:jc w:val="center"/>
            </w:pPr>
          </w:p>
        </w:tc>
        <w:tc>
          <w:tcPr>
            <w:tcW w:w="1701" w:type="dxa"/>
            <w:tcBorders>
              <w:top w:val="single" w:sz="4" w:space="0" w:color="000000"/>
              <w:left w:val="single" w:sz="4" w:space="0" w:color="000000"/>
              <w:bottom w:val="single" w:sz="4" w:space="0" w:color="000000"/>
              <w:right w:val="single" w:sz="4" w:space="0" w:color="000000"/>
            </w:tcBorders>
            <w:vAlign w:val="center"/>
          </w:tcPr>
          <w:p w14:paraId="5EEDFF91" w14:textId="77777777" w:rsidR="006A0893" w:rsidRDefault="00593F49">
            <w:pPr>
              <w:spacing w:before="40" w:line="259" w:lineRule="auto"/>
              <w:jc w:val="center"/>
            </w:pPr>
            <w:proofErr w:type="spellStart"/>
            <w:r>
              <w:rPr>
                <w:b/>
                <w:sz w:val="21"/>
              </w:rPr>
              <w:t>出生年月日</w:t>
            </w:r>
            <w:proofErr w:type="spellEnd"/>
          </w:p>
        </w:tc>
        <w:tc>
          <w:tcPr>
            <w:tcW w:w="3345" w:type="dxa"/>
            <w:tcBorders>
              <w:top w:val="single" w:sz="4" w:space="0" w:color="000000"/>
              <w:left w:val="single" w:sz="4" w:space="0" w:color="000000"/>
              <w:bottom w:val="single" w:sz="4" w:space="0" w:color="000000"/>
              <w:right w:val="single" w:sz="4" w:space="0" w:color="000000"/>
            </w:tcBorders>
            <w:vAlign w:val="center"/>
          </w:tcPr>
          <w:p w14:paraId="6B72539C" w14:textId="77777777" w:rsidR="006A0893" w:rsidRDefault="00593F49">
            <w:pPr>
              <w:spacing w:before="40" w:line="259" w:lineRule="auto"/>
              <w:jc w:val="center"/>
            </w:pPr>
            <w:r>
              <w:rPr>
                <w:b/>
                <w:sz w:val="21"/>
              </w:rPr>
              <w:t>年　月　日</w:t>
            </w:r>
          </w:p>
        </w:tc>
      </w:tr>
      <w:tr w:rsidR="006A0893" w14:paraId="50B2E54D" w14:textId="77777777">
        <w:trPr>
          <w:cantSplit/>
          <w:jc w:val="center"/>
        </w:trPr>
        <w:tc>
          <w:tcPr>
            <w:tcW w:w="1701" w:type="dxa"/>
            <w:tcBorders>
              <w:top w:val="single" w:sz="4" w:space="0" w:color="000000"/>
              <w:left w:val="single" w:sz="4" w:space="0" w:color="000000"/>
              <w:bottom w:val="single" w:sz="4" w:space="0" w:color="000000"/>
              <w:right w:val="single" w:sz="4" w:space="0" w:color="000000"/>
            </w:tcBorders>
            <w:vAlign w:val="center"/>
          </w:tcPr>
          <w:p w14:paraId="0E1FB497" w14:textId="77777777" w:rsidR="006A0893" w:rsidRDefault="00593F49">
            <w:pPr>
              <w:spacing w:before="40" w:line="259" w:lineRule="auto"/>
              <w:jc w:val="center"/>
            </w:pPr>
            <w:proofErr w:type="spellStart"/>
            <w:r>
              <w:rPr>
                <w:sz w:val="21"/>
              </w:rPr>
              <w:t>身分證字號</w:t>
            </w:r>
            <w:proofErr w:type="spellEnd"/>
          </w:p>
        </w:tc>
        <w:tc>
          <w:tcPr>
            <w:tcW w:w="3345" w:type="dxa"/>
            <w:tcBorders>
              <w:top w:val="single" w:sz="4" w:space="0" w:color="000000"/>
              <w:left w:val="single" w:sz="4" w:space="0" w:color="000000"/>
              <w:bottom w:val="single" w:sz="4" w:space="0" w:color="000000"/>
              <w:right w:val="single" w:sz="4" w:space="0" w:color="000000"/>
            </w:tcBorders>
            <w:vAlign w:val="center"/>
          </w:tcPr>
          <w:p w14:paraId="715FCD15" w14:textId="77777777" w:rsidR="006A0893" w:rsidRDefault="006A0893">
            <w:pPr>
              <w:spacing w:before="40" w:line="259" w:lineRule="auto"/>
              <w:jc w:val="center"/>
            </w:pPr>
          </w:p>
        </w:tc>
        <w:tc>
          <w:tcPr>
            <w:tcW w:w="1701" w:type="dxa"/>
            <w:tcBorders>
              <w:top w:val="single" w:sz="4" w:space="0" w:color="000000"/>
              <w:left w:val="single" w:sz="4" w:space="0" w:color="000000"/>
              <w:bottom w:val="single" w:sz="4" w:space="0" w:color="000000"/>
              <w:right w:val="single" w:sz="4" w:space="0" w:color="000000"/>
            </w:tcBorders>
            <w:vAlign w:val="center"/>
          </w:tcPr>
          <w:p w14:paraId="034BA2BB" w14:textId="77777777" w:rsidR="006A0893" w:rsidRDefault="00593F49">
            <w:pPr>
              <w:spacing w:before="40" w:line="259" w:lineRule="auto"/>
              <w:jc w:val="center"/>
            </w:pPr>
            <w:proofErr w:type="spellStart"/>
            <w:r>
              <w:rPr>
                <w:sz w:val="21"/>
              </w:rPr>
              <w:t>聯絡電話</w:t>
            </w:r>
            <w:proofErr w:type="spellEnd"/>
          </w:p>
        </w:tc>
        <w:tc>
          <w:tcPr>
            <w:tcW w:w="3345" w:type="dxa"/>
            <w:tcBorders>
              <w:top w:val="single" w:sz="4" w:space="0" w:color="000000"/>
              <w:left w:val="single" w:sz="4" w:space="0" w:color="000000"/>
              <w:bottom w:val="single" w:sz="4" w:space="0" w:color="000000"/>
              <w:right w:val="single" w:sz="4" w:space="0" w:color="000000"/>
            </w:tcBorders>
            <w:vAlign w:val="center"/>
          </w:tcPr>
          <w:p w14:paraId="07AE9C68" w14:textId="77777777" w:rsidR="006A0893" w:rsidRDefault="00593F49">
            <w:pPr>
              <w:spacing w:before="40" w:line="259" w:lineRule="auto"/>
              <w:jc w:val="center"/>
            </w:pPr>
            <w:proofErr w:type="spellStart"/>
            <w:r>
              <w:rPr>
                <w:sz w:val="21"/>
              </w:rPr>
              <w:t>電話</w:t>
            </w:r>
            <w:proofErr w:type="spellEnd"/>
            <w:r>
              <w:rPr>
                <w:sz w:val="21"/>
              </w:rPr>
              <w:t>：</w:t>
            </w:r>
            <w:r>
              <w:rPr>
                <w:sz w:val="21"/>
              </w:rPr>
              <w:br/>
            </w:r>
            <w:proofErr w:type="spellStart"/>
            <w:r>
              <w:rPr>
                <w:sz w:val="21"/>
              </w:rPr>
              <w:t>手機</w:t>
            </w:r>
            <w:proofErr w:type="spellEnd"/>
            <w:r>
              <w:rPr>
                <w:sz w:val="21"/>
              </w:rPr>
              <w:t>：</w:t>
            </w:r>
          </w:p>
        </w:tc>
      </w:tr>
      <w:tr w:rsidR="006A0893" w14:paraId="4603C736" w14:textId="77777777">
        <w:trPr>
          <w:cantSplit/>
          <w:jc w:val="center"/>
        </w:trPr>
        <w:tc>
          <w:tcPr>
            <w:tcW w:w="1701" w:type="dxa"/>
            <w:tcBorders>
              <w:top w:val="single" w:sz="4" w:space="0" w:color="000000"/>
              <w:left w:val="single" w:sz="4" w:space="0" w:color="000000"/>
              <w:bottom w:val="single" w:sz="4" w:space="0" w:color="000000"/>
              <w:right w:val="single" w:sz="4" w:space="0" w:color="000000"/>
            </w:tcBorders>
            <w:vAlign w:val="center"/>
          </w:tcPr>
          <w:p w14:paraId="7A13892F" w14:textId="77777777" w:rsidR="006A0893" w:rsidRDefault="00593F49">
            <w:pPr>
              <w:spacing w:before="40" w:line="259" w:lineRule="auto"/>
              <w:jc w:val="center"/>
            </w:pPr>
            <w:proofErr w:type="spellStart"/>
            <w:r>
              <w:rPr>
                <w:sz w:val="21"/>
              </w:rPr>
              <w:t>考試類科</w:t>
            </w:r>
            <w:proofErr w:type="spellEnd"/>
          </w:p>
        </w:tc>
        <w:tc>
          <w:tcPr>
            <w:tcW w:w="3345" w:type="dxa"/>
            <w:tcBorders>
              <w:top w:val="single" w:sz="4" w:space="0" w:color="000000"/>
              <w:left w:val="single" w:sz="4" w:space="0" w:color="000000"/>
              <w:bottom w:val="single" w:sz="4" w:space="0" w:color="000000"/>
              <w:right w:val="single" w:sz="4" w:space="0" w:color="000000"/>
            </w:tcBorders>
            <w:vAlign w:val="center"/>
          </w:tcPr>
          <w:p w14:paraId="5A82D944" w14:textId="77777777" w:rsidR="006A0893" w:rsidRDefault="00593F49">
            <w:pPr>
              <w:spacing w:before="40" w:line="259" w:lineRule="auto"/>
              <w:jc w:val="center"/>
            </w:pPr>
            <w:proofErr w:type="spellStart"/>
            <w:r>
              <w:rPr>
                <w:sz w:val="21"/>
              </w:rPr>
              <w:t>國文科</w:t>
            </w:r>
            <w:proofErr w:type="spellEnd"/>
          </w:p>
        </w:tc>
        <w:tc>
          <w:tcPr>
            <w:tcW w:w="1701" w:type="dxa"/>
            <w:tcBorders>
              <w:top w:val="single" w:sz="4" w:space="0" w:color="000000"/>
              <w:left w:val="single" w:sz="4" w:space="0" w:color="000000"/>
              <w:bottom w:val="single" w:sz="4" w:space="0" w:color="000000"/>
              <w:right w:val="single" w:sz="4" w:space="0" w:color="000000"/>
            </w:tcBorders>
            <w:vAlign w:val="center"/>
          </w:tcPr>
          <w:p w14:paraId="68D5F605" w14:textId="77777777" w:rsidR="006A0893" w:rsidRDefault="00593F49">
            <w:pPr>
              <w:spacing w:before="40" w:line="259" w:lineRule="auto"/>
              <w:jc w:val="center"/>
            </w:pPr>
            <w:proofErr w:type="spellStart"/>
            <w:r>
              <w:rPr>
                <w:sz w:val="21"/>
              </w:rPr>
              <w:t>入場證編號</w:t>
            </w:r>
            <w:proofErr w:type="spellEnd"/>
          </w:p>
        </w:tc>
        <w:tc>
          <w:tcPr>
            <w:tcW w:w="3345" w:type="dxa"/>
            <w:tcBorders>
              <w:top w:val="single" w:sz="4" w:space="0" w:color="000000"/>
              <w:left w:val="single" w:sz="4" w:space="0" w:color="000000"/>
              <w:bottom w:val="single" w:sz="4" w:space="0" w:color="000000"/>
              <w:right w:val="single" w:sz="4" w:space="0" w:color="000000"/>
            </w:tcBorders>
            <w:vAlign w:val="center"/>
          </w:tcPr>
          <w:p w14:paraId="734C025E" w14:textId="77777777" w:rsidR="006A0893" w:rsidRDefault="006A0893">
            <w:pPr>
              <w:spacing w:before="40" w:line="259" w:lineRule="auto"/>
              <w:jc w:val="center"/>
            </w:pPr>
          </w:p>
        </w:tc>
      </w:tr>
      <w:tr w:rsidR="006A0893" w14:paraId="78F6E541" w14:textId="77777777">
        <w:trPr>
          <w:cantSplit/>
          <w:jc w:val="center"/>
        </w:trPr>
        <w:tc>
          <w:tcPr>
            <w:tcW w:w="1701" w:type="dxa"/>
            <w:tcBorders>
              <w:top w:val="single" w:sz="4" w:space="0" w:color="000000"/>
              <w:left w:val="single" w:sz="4" w:space="0" w:color="000000"/>
              <w:bottom w:val="single" w:sz="4" w:space="0" w:color="000000"/>
              <w:right w:val="single" w:sz="4" w:space="0" w:color="000000"/>
            </w:tcBorders>
            <w:vAlign w:val="center"/>
          </w:tcPr>
          <w:p w14:paraId="19FE2E39" w14:textId="77777777" w:rsidR="006A0893" w:rsidRDefault="00593F49">
            <w:pPr>
              <w:spacing w:before="40" w:line="259" w:lineRule="auto"/>
              <w:jc w:val="center"/>
            </w:pPr>
            <w:proofErr w:type="spellStart"/>
            <w:r>
              <w:rPr>
                <w:sz w:val="21"/>
              </w:rPr>
              <w:t>複查項目</w:t>
            </w:r>
            <w:proofErr w:type="spellEnd"/>
          </w:p>
        </w:tc>
        <w:tc>
          <w:tcPr>
            <w:tcW w:w="3345" w:type="dxa"/>
            <w:tcBorders>
              <w:top w:val="single" w:sz="4" w:space="0" w:color="000000"/>
              <w:left w:val="single" w:sz="4" w:space="0" w:color="000000"/>
              <w:bottom w:val="single" w:sz="4" w:space="0" w:color="000000"/>
              <w:right w:val="single" w:sz="4" w:space="0" w:color="000000"/>
            </w:tcBorders>
            <w:vAlign w:val="center"/>
          </w:tcPr>
          <w:p w14:paraId="473FFEBF" w14:textId="77777777" w:rsidR="006A0893" w:rsidRDefault="00593F49">
            <w:pPr>
              <w:spacing w:before="40" w:line="259" w:lineRule="auto"/>
              <w:jc w:val="center"/>
            </w:pPr>
            <w:r>
              <w:rPr>
                <w:sz w:val="21"/>
              </w:rPr>
              <w:t>□</w:t>
            </w:r>
            <w:proofErr w:type="spellStart"/>
            <w:r>
              <w:rPr>
                <w:sz w:val="21"/>
              </w:rPr>
              <w:t>試教</w:t>
            </w:r>
            <w:proofErr w:type="spellEnd"/>
            <w:r>
              <w:rPr>
                <w:sz w:val="21"/>
              </w:rPr>
              <w:t xml:space="preserve">　□</w:t>
            </w:r>
            <w:proofErr w:type="spellStart"/>
            <w:r>
              <w:rPr>
                <w:sz w:val="21"/>
              </w:rPr>
              <w:t>口試</w:t>
            </w:r>
            <w:proofErr w:type="spellEnd"/>
          </w:p>
        </w:tc>
        <w:tc>
          <w:tcPr>
            <w:tcW w:w="1701" w:type="dxa"/>
            <w:tcBorders>
              <w:top w:val="single" w:sz="4" w:space="0" w:color="000000"/>
              <w:left w:val="single" w:sz="4" w:space="0" w:color="000000"/>
              <w:bottom w:val="single" w:sz="4" w:space="0" w:color="000000"/>
              <w:right w:val="single" w:sz="4" w:space="0" w:color="000000"/>
            </w:tcBorders>
            <w:vAlign w:val="center"/>
          </w:tcPr>
          <w:p w14:paraId="7D1CCE82" w14:textId="77777777" w:rsidR="006A0893" w:rsidRDefault="00593F49">
            <w:pPr>
              <w:spacing w:before="40" w:line="259" w:lineRule="auto"/>
              <w:jc w:val="center"/>
            </w:pPr>
            <w:proofErr w:type="spellStart"/>
            <w:r>
              <w:rPr>
                <w:sz w:val="21"/>
              </w:rPr>
              <w:t>申請人簽章</w:t>
            </w:r>
            <w:proofErr w:type="spellEnd"/>
          </w:p>
        </w:tc>
        <w:tc>
          <w:tcPr>
            <w:tcW w:w="3345" w:type="dxa"/>
            <w:tcBorders>
              <w:top w:val="single" w:sz="4" w:space="0" w:color="000000"/>
              <w:left w:val="single" w:sz="4" w:space="0" w:color="000000"/>
              <w:bottom w:val="single" w:sz="4" w:space="0" w:color="000000"/>
              <w:right w:val="single" w:sz="4" w:space="0" w:color="000000"/>
            </w:tcBorders>
            <w:vAlign w:val="center"/>
          </w:tcPr>
          <w:p w14:paraId="552B4B5C" w14:textId="77777777" w:rsidR="006A0893" w:rsidRDefault="006A0893">
            <w:pPr>
              <w:spacing w:before="40" w:line="259" w:lineRule="auto"/>
              <w:jc w:val="center"/>
            </w:pPr>
          </w:p>
        </w:tc>
      </w:tr>
      <w:tr w:rsidR="006A0893" w14:paraId="4B377570" w14:textId="77777777">
        <w:trPr>
          <w:cantSplit/>
          <w:jc w:val="center"/>
        </w:trPr>
        <w:tc>
          <w:tcPr>
            <w:tcW w:w="1701" w:type="dxa"/>
            <w:tcBorders>
              <w:top w:val="single" w:sz="4" w:space="0" w:color="000000"/>
              <w:left w:val="single" w:sz="4" w:space="0" w:color="000000"/>
              <w:bottom w:val="single" w:sz="4" w:space="0" w:color="000000"/>
              <w:right w:val="single" w:sz="4" w:space="0" w:color="000000"/>
            </w:tcBorders>
            <w:vAlign w:val="center"/>
          </w:tcPr>
          <w:p w14:paraId="32C5F0D7" w14:textId="77777777" w:rsidR="006A0893" w:rsidRDefault="00593F49">
            <w:pPr>
              <w:spacing w:before="40" w:line="259" w:lineRule="auto"/>
              <w:jc w:val="center"/>
            </w:pPr>
            <w:proofErr w:type="spellStart"/>
            <w:r>
              <w:rPr>
                <w:sz w:val="21"/>
              </w:rPr>
              <w:t>申請日期</w:t>
            </w:r>
            <w:proofErr w:type="spellEnd"/>
          </w:p>
        </w:tc>
        <w:tc>
          <w:tcPr>
            <w:tcW w:w="3345" w:type="dxa"/>
            <w:tcBorders>
              <w:top w:val="single" w:sz="4" w:space="0" w:color="000000"/>
              <w:left w:val="single" w:sz="4" w:space="0" w:color="000000"/>
              <w:bottom w:val="single" w:sz="4" w:space="0" w:color="000000"/>
              <w:right w:val="single" w:sz="4" w:space="0" w:color="000000"/>
            </w:tcBorders>
            <w:vAlign w:val="center"/>
          </w:tcPr>
          <w:p w14:paraId="6EB53641" w14:textId="77777777" w:rsidR="006A0893" w:rsidRDefault="00593F49">
            <w:pPr>
              <w:spacing w:before="40" w:line="259" w:lineRule="auto"/>
              <w:jc w:val="center"/>
            </w:pPr>
            <w:r>
              <w:rPr>
                <w:sz w:val="21"/>
              </w:rPr>
              <w:t>年　月　日</w:t>
            </w:r>
          </w:p>
        </w:tc>
        <w:tc>
          <w:tcPr>
            <w:tcW w:w="1701" w:type="dxa"/>
            <w:tcBorders>
              <w:top w:val="single" w:sz="4" w:space="0" w:color="000000"/>
              <w:left w:val="single" w:sz="4" w:space="0" w:color="000000"/>
              <w:bottom w:val="single" w:sz="4" w:space="0" w:color="000000"/>
              <w:right w:val="single" w:sz="4" w:space="0" w:color="000000"/>
            </w:tcBorders>
            <w:vAlign w:val="center"/>
          </w:tcPr>
          <w:p w14:paraId="38EF46C3" w14:textId="77777777" w:rsidR="006A0893" w:rsidRDefault="006A0893">
            <w:pPr>
              <w:spacing w:before="40" w:line="259" w:lineRule="auto"/>
              <w:jc w:val="center"/>
            </w:pPr>
          </w:p>
        </w:tc>
        <w:tc>
          <w:tcPr>
            <w:tcW w:w="3345" w:type="dxa"/>
            <w:tcBorders>
              <w:top w:val="single" w:sz="4" w:space="0" w:color="000000"/>
              <w:left w:val="single" w:sz="4" w:space="0" w:color="000000"/>
              <w:bottom w:val="single" w:sz="4" w:space="0" w:color="000000"/>
              <w:right w:val="single" w:sz="4" w:space="0" w:color="000000"/>
            </w:tcBorders>
            <w:vAlign w:val="center"/>
          </w:tcPr>
          <w:p w14:paraId="4E7A7716" w14:textId="77777777" w:rsidR="006A0893" w:rsidRDefault="006A0893">
            <w:pPr>
              <w:spacing w:before="40" w:line="259" w:lineRule="auto"/>
              <w:jc w:val="center"/>
            </w:pPr>
          </w:p>
        </w:tc>
      </w:tr>
    </w:tbl>
    <w:p w14:paraId="29A1197D" w14:textId="77777777" w:rsidR="006A0893" w:rsidRDefault="00593F49">
      <w:pPr>
        <w:ind w:left="220" w:hanging="220"/>
        <w:jc w:val="both"/>
        <w:rPr>
          <w:lang w:eastAsia="zh-TW"/>
        </w:rPr>
      </w:pPr>
      <w:r>
        <w:rPr>
          <w:sz w:val="21"/>
          <w:lang w:eastAsia="zh-TW"/>
        </w:rPr>
        <w:t>※複查結果（本欄由複查單位填寫，應考人請勿填寫）：</w:t>
      </w:r>
      <w:r>
        <w:rPr>
          <w:sz w:val="21"/>
          <w:lang w:eastAsia="zh-TW"/>
        </w:rPr>
        <w:br/>
        <w:t>________________________________________________</w:t>
      </w:r>
    </w:p>
    <w:p w14:paraId="245B950C" w14:textId="77777777" w:rsidR="006A0893" w:rsidRDefault="00593F49">
      <w:pPr>
        <w:jc w:val="both"/>
        <w:rPr>
          <w:lang w:eastAsia="zh-TW"/>
        </w:rPr>
      </w:pPr>
      <w:r>
        <w:rPr>
          <w:b/>
          <w:sz w:val="21"/>
          <w:lang w:eastAsia="zh-TW"/>
        </w:rPr>
        <w:t>注意事項：</w:t>
      </w:r>
    </w:p>
    <w:p w14:paraId="6871AF85" w14:textId="030C3D92" w:rsidR="006A0893" w:rsidRDefault="00593F49">
      <w:pPr>
        <w:ind w:left="880" w:hanging="440"/>
        <w:jc w:val="both"/>
        <w:rPr>
          <w:lang w:eastAsia="zh-TW"/>
        </w:rPr>
      </w:pPr>
      <w:r>
        <w:rPr>
          <w:sz w:val="21"/>
          <w:lang w:eastAsia="zh-TW"/>
        </w:rPr>
        <w:t>一、申請複查試教、口試成績，應於115年10月1</w:t>
      </w:r>
      <w:r w:rsidR="001B1976">
        <w:rPr>
          <w:rFonts w:hint="eastAsia"/>
          <w:sz w:val="21"/>
          <w:lang w:eastAsia="zh-TW"/>
        </w:rPr>
        <w:t>5</w:t>
      </w:r>
      <w:r>
        <w:rPr>
          <w:sz w:val="21"/>
          <w:lang w:eastAsia="zh-TW"/>
        </w:rPr>
        <w:t>日下午3時至5時，攜帶入場證及複查成績申請書，並繳交新臺幣壹佰元，親向本校教務處提出；複查成績以一次為限，逾期不予受理。</w:t>
      </w:r>
    </w:p>
    <w:p w14:paraId="6C676A10" w14:textId="77777777" w:rsidR="006A0893" w:rsidRDefault="00593F49">
      <w:pPr>
        <w:ind w:left="880" w:hanging="440"/>
        <w:jc w:val="both"/>
        <w:rPr>
          <w:lang w:eastAsia="zh-TW"/>
        </w:rPr>
      </w:pPr>
      <w:r>
        <w:rPr>
          <w:sz w:val="21"/>
          <w:lang w:eastAsia="zh-TW"/>
        </w:rPr>
        <w:t>二、複查僅限申請項目成績加總計算是否有誤；未申請部分不予複查，不得要求重新閱卷、閱覽或提供試題或答案。</w:t>
      </w:r>
    </w:p>
    <w:sectPr w:rsidR="006A0893" w:rsidSect="00034616">
      <w:footerReference w:type="default" r:id="rId8"/>
      <w:pgSz w:w="11906" w:h="16838"/>
      <w:pgMar w:top="907" w:right="907" w:bottom="907" w:left="907" w:header="397" w:footer="39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95702A" w14:textId="77777777" w:rsidR="00AF3CFD" w:rsidRDefault="00AF3CFD">
      <w:pPr>
        <w:spacing w:after="0" w:line="240" w:lineRule="auto"/>
      </w:pPr>
      <w:r>
        <w:separator/>
      </w:r>
    </w:p>
  </w:endnote>
  <w:endnote w:type="continuationSeparator" w:id="0">
    <w:p w14:paraId="27FA6A34" w14:textId="77777777" w:rsidR="00AF3CFD" w:rsidRDefault="00AF3C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5936BC" w14:textId="77777777" w:rsidR="006A0893" w:rsidRDefault="00593F49">
    <w:pPr>
      <w:pStyle w:val="a7"/>
      <w:jc w:val="center"/>
    </w:pPr>
    <w:r>
      <w:fldChar w:fldCharType="begin"/>
    </w:r>
    <w:r>
      <w:instrText>PAGE</w:instrText>
    </w:r>
    <w:r>
      <w:fldChar w:fldCharType="separate"/>
    </w:r>
    <w:r w:rsidR="001B1976">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6C3ECB" w14:textId="77777777" w:rsidR="00AF3CFD" w:rsidRDefault="00AF3CFD">
      <w:pPr>
        <w:spacing w:after="0" w:line="240" w:lineRule="auto"/>
      </w:pPr>
      <w:r>
        <w:separator/>
      </w:r>
    </w:p>
  </w:footnote>
  <w:footnote w:type="continuationSeparator" w:id="0">
    <w:p w14:paraId="38E0F15B" w14:textId="77777777" w:rsidR="00AF3CFD" w:rsidRDefault="00AF3CF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標楷體" w:eastAsia="標楷體" w:hAnsi="標楷體" w:cs="標楷體"/>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標楷體" w:eastAsia="標楷體" w:hAnsi="標楷體" w:cs="標楷體"/>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標楷體" w:eastAsia="標楷體" w:hAnsi="標楷體" w:cs="標楷體"/>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標楷體" w:eastAsia="標楷體" w:hAnsi="標楷體" w:cs="標楷體"/>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bordersDoNotSurroundHeader/>
  <w:bordersDoNotSurroundFooter/>
  <w:proofState w:spelling="clean" w:grammar="clean"/>
  <w:defaultTabStop w:val="720"/>
  <w:characterSpacingControl w:val="compressPunctuation"/>
  <w:hdrShapeDefaults>
    <o:shapedefaults v:ext="edit" spidmax="2049"/>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6D16"/>
    <w:rsid w:val="000E5597"/>
    <w:rsid w:val="00111C9A"/>
    <w:rsid w:val="001320A0"/>
    <w:rsid w:val="0015074B"/>
    <w:rsid w:val="001B1976"/>
    <w:rsid w:val="0027058D"/>
    <w:rsid w:val="00295FD7"/>
    <w:rsid w:val="0029639D"/>
    <w:rsid w:val="002B76D2"/>
    <w:rsid w:val="002F6E36"/>
    <w:rsid w:val="0030051D"/>
    <w:rsid w:val="00326F90"/>
    <w:rsid w:val="00360EB6"/>
    <w:rsid w:val="003E1A16"/>
    <w:rsid w:val="00593F49"/>
    <w:rsid w:val="005E0799"/>
    <w:rsid w:val="00620BFD"/>
    <w:rsid w:val="006A0893"/>
    <w:rsid w:val="00850673"/>
    <w:rsid w:val="00AA1D8D"/>
    <w:rsid w:val="00AF36A9"/>
    <w:rsid w:val="00AF3CFD"/>
    <w:rsid w:val="00B47730"/>
    <w:rsid w:val="00B6086D"/>
    <w:rsid w:val="00BC7D90"/>
    <w:rsid w:val="00C42AC5"/>
    <w:rsid w:val="00C9614A"/>
    <w:rsid w:val="00CB0664"/>
    <w:rsid w:val="00CC75AC"/>
    <w:rsid w:val="00E85507"/>
    <w:rsid w:val="00F4539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72AA993"/>
  <w14:defaultImageDpi w14:val="300"/>
  <w15:docId w15:val="{D5F8D0BC-BE0D-4371-9443-9EAFD1A9B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標楷體" w:eastAsia="標楷體" w:hAnsi="標楷體" w:cs="標楷體"/>
        <w:sz w:val="22"/>
        <w:szCs w:val="22"/>
        <w:lang w:val="en-US" w:eastAsia="en-US" w:bidi="ar-SA"/>
      </w:rPr>
    </w:rPrDefault>
    <w:pPrDefault>
      <w:pPr>
        <w:wordWrap w:val="0"/>
        <w:overflowPunct w:val="0"/>
        <w:topLinePunct/>
        <w:autoSpaceDN w:val="0"/>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40" w:line="269" w:lineRule="auto"/>
    </w:pPr>
    <w:rPr>
      <w:color w:val="000000"/>
    </w:rPr>
  </w:style>
  <w:style w:type="paragraph" w:styleId="1">
    <w:name w:val="heading 1"/>
    <w:basedOn w:val="a1"/>
    <w:next w:val="a1"/>
    <w:link w:val="10"/>
    <w:uiPriority w:val="9"/>
    <w:qFormat/>
    <w:rsid w:val="00FC693F"/>
    <w:pPr>
      <w:spacing w:before="120" w:after="60"/>
      <w:outlineLvl w:val="0"/>
    </w:pPr>
    <w:rPr>
      <w:b/>
      <w:bCs/>
      <w:sz w:val="24"/>
      <w:szCs w:val="28"/>
    </w:rPr>
  </w:style>
  <w:style w:type="paragraph" w:styleId="21">
    <w:name w:val="heading 2"/>
    <w:basedOn w:val="a1"/>
    <w:next w:val="a1"/>
    <w:link w:val="22"/>
    <w:uiPriority w:val="9"/>
    <w:unhideWhenUsed/>
    <w:qFormat/>
    <w:rsid w:val="00FC693F"/>
    <w:pPr>
      <w:spacing w:before="200" w:after="0"/>
      <w:outlineLvl w:val="1"/>
    </w:pPr>
    <w:rPr>
      <w:b/>
      <w:bCs/>
      <w:color w:val="4F81BD" w:themeColor="accent1"/>
      <w:sz w:val="26"/>
      <w:szCs w:val="26"/>
    </w:rPr>
  </w:style>
  <w:style w:type="paragraph" w:styleId="31">
    <w:name w:val="heading 3"/>
    <w:basedOn w:val="a1"/>
    <w:next w:val="a1"/>
    <w:link w:val="32"/>
    <w:uiPriority w:val="9"/>
    <w:unhideWhenUsed/>
    <w:qFormat/>
    <w:rsid w:val="00FC693F"/>
    <w:pPr>
      <w:spacing w:before="200" w:after="0"/>
      <w:outlineLvl w:val="2"/>
    </w:pPr>
    <w:rPr>
      <w:b/>
      <w:bCs/>
      <w:color w:val="4F81BD" w:themeColor="accent1"/>
    </w:rPr>
  </w:style>
  <w:style w:type="paragraph" w:styleId="4">
    <w:name w:val="heading 4"/>
    <w:basedOn w:val="a1"/>
    <w:next w:val="a1"/>
    <w:link w:val="40"/>
    <w:uiPriority w:val="9"/>
    <w:semiHidden/>
    <w:unhideWhenUsed/>
    <w:qFormat/>
    <w:rsid w:val="00FC693F"/>
    <w:pPr>
      <w:spacing w:before="200" w:after="0"/>
      <w:outlineLvl w:val="3"/>
    </w:pPr>
    <w:rPr>
      <w:b/>
      <w:bCs/>
      <w:i/>
      <w:iCs/>
      <w:color w:val="4F81BD" w:themeColor="accent1"/>
    </w:rPr>
  </w:style>
  <w:style w:type="paragraph" w:styleId="5">
    <w:name w:val="heading 5"/>
    <w:basedOn w:val="a1"/>
    <w:next w:val="a1"/>
    <w:link w:val="50"/>
    <w:uiPriority w:val="9"/>
    <w:semiHidden/>
    <w:unhideWhenUsed/>
    <w:qFormat/>
    <w:rsid w:val="00FC693F"/>
    <w:pPr>
      <w:spacing w:before="200" w:after="0"/>
      <w:outlineLvl w:val="4"/>
    </w:pPr>
    <w:rPr>
      <w:color w:val="243F60" w:themeColor="accent1" w:themeShade="7F"/>
    </w:rPr>
  </w:style>
  <w:style w:type="paragraph" w:styleId="6">
    <w:name w:val="heading 6"/>
    <w:basedOn w:val="a1"/>
    <w:next w:val="a1"/>
    <w:link w:val="60"/>
    <w:uiPriority w:val="9"/>
    <w:semiHidden/>
    <w:unhideWhenUsed/>
    <w:qFormat/>
    <w:rsid w:val="00FC693F"/>
    <w:pPr>
      <w:spacing w:before="200" w:after="0"/>
      <w:outlineLvl w:val="5"/>
    </w:pPr>
    <w:rPr>
      <w:i/>
      <w:iCs/>
      <w:color w:val="243F60" w:themeColor="accent1" w:themeShade="7F"/>
    </w:rPr>
  </w:style>
  <w:style w:type="paragraph" w:styleId="7">
    <w:name w:val="heading 7"/>
    <w:basedOn w:val="a1"/>
    <w:next w:val="a1"/>
    <w:link w:val="70"/>
    <w:uiPriority w:val="9"/>
    <w:semiHidden/>
    <w:unhideWhenUsed/>
    <w:qFormat/>
    <w:rsid w:val="00FC693F"/>
    <w:pPr>
      <w:spacing w:before="200" w:after="0"/>
      <w:outlineLvl w:val="6"/>
    </w:pPr>
    <w:rPr>
      <w:i/>
      <w:iCs/>
      <w:color w:val="404040" w:themeColor="text1" w:themeTint="BF"/>
    </w:rPr>
  </w:style>
  <w:style w:type="paragraph" w:styleId="8">
    <w:name w:val="heading 8"/>
    <w:basedOn w:val="a1"/>
    <w:next w:val="a1"/>
    <w:link w:val="80"/>
    <w:uiPriority w:val="9"/>
    <w:semiHidden/>
    <w:unhideWhenUsed/>
    <w:qFormat/>
    <w:rsid w:val="00FC693F"/>
    <w:pPr>
      <w:spacing w:before="200" w:after="0"/>
      <w:outlineLvl w:val="7"/>
    </w:pPr>
    <w:rPr>
      <w:color w:val="4F81BD" w:themeColor="accent1"/>
      <w:sz w:val="20"/>
      <w:szCs w:val="20"/>
    </w:rPr>
  </w:style>
  <w:style w:type="paragraph" w:styleId="9">
    <w:name w:val="heading 9"/>
    <w:basedOn w:val="a1"/>
    <w:next w:val="a1"/>
    <w:link w:val="90"/>
    <w:uiPriority w:val="9"/>
    <w:semiHidden/>
    <w:unhideWhenUsed/>
    <w:qFormat/>
    <w:rsid w:val="00FC693F"/>
    <w:pPr>
      <w:spacing w:before="200" w:after="0"/>
      <w:outlineLvl w:val="8"/>
    </w:pPr>
    <w:rPr>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頁首 字元"/>
    <w:basedOn w:val="a2"/>
    <w:link w:val="a5"/>
    <w:uiPriority w:val="99"/>
    <w:rsid w:val="00E618BF"/>
    <w:rPr>
      <w:rFonts w:ascii="標楷體" w:eastAsia="標楷體" w:hAnsi="標楷體" w:cs="標楷體"/>
    </w:rPr>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頁尾 字元"/>
    <w:basedOn w:val="a2"/>
    <w:link w:val="a7"/>
    <w:uiPriority w:val="99"/>
    <w:rsid w:val="00E618BF"/>
    <w:rPr>
      <w:rFonts w:ascii="標楷體" w:eastAsia="標楷體" w:hAnsi="標楷體" w:cs="標楷體"/>
    </w:rPr>
  </w:style>
  <w:style w:type="paragraph" w:styleId="a9">
    <w:name w:val="No Spacing"/>
    <w:uiPriority w:val="1"/>
    <w:qFormat/>
    <w:rsid w:val="00FC693F"/>
    <w:pPr>
      <w:spacing w:after="0" w:line="240" w:lineRule="auto"/>
    </w:pPr>
  </w:style>
  <w:style w:type="character" w:customStyle="1" w:styleId="10">
    <w:name w:val="標題 1 字元"/>
    <w:basedOn w:val="a2"/>
    <w:link w:val="1"/>
    <w:uiPriority w:val="9"/>
    <w:rsid w:val="00FC693F"/>
    <w:rPr>
      <w:rFonts w:ascii="標楷體" w:eastAsia="標楷體" w:hAnsi="標楷體" w:cs="標楷體"/>
      <w:b/>
      <w:bCs/>
      <w:color w:val="365F91" w:themeColor="accent1" w:themeShade="BF"/>
      <w:sz w:val="28"/>
      <w:szCs w:val="28"/>
    </w:rPr>
  </w:style>
  <w:style w:type="character" w:customStyle="1" w:styleId="22">
    <w:name w:val="標題 2 字元"/>
    <w:basedOn w:val="a2"/>
    <w:link w:val="21"/>
    <w:uiPriority w:val="9"/>
    <w:rsid w:val="00FC693F"/>
    <w:rPr>
      <w:rFonts w:ascii="標楷體" w:eastAsia="標楷體" w:hAnsi="標楷體" w:cs="標楷體"/>
      <w:b/>
      <w:bCs/>
      <w:color w:val="4F81BD" w:themeColor="accent1"/>
      <w:sz w:val="26"/>
      <w:szCs w:val="26"/>
    </w:rPr>
  </w:style>
  <w:style w:type="character" w:customStyle="1" w:styleId="32">
    <w:name w:val="標題 3 字元"/>
    <w:basedOn w:val="a2"/>
    <w:link w:val="31"/>
    <w:uiPriority w:val="9"/>
    <w:rsid w:val="00FC693F"/>
    <w:rPr>
      <w:rFonts w:ascii="標楷體" w:eastAsia="標楷體" w:hAnsi="標楷體" w:cs="標楷體"/>
      <w:b/>
      <w:bCs/>
      <w:color w:val="4F81BD" w:themeColor="accent1"/>
    </w:rPr>
  </w:style>
  <w:style w:type="paragraph" w:styleId="aa">
    <w:name w:val="Title"/>
    <w:basedOn w:val="a1"/>
    <w:next w:val="a1"/>
    <w:link w:val="ab"/>
    <w:uiPriority w:val="10"/>
    <w:qFormat/>
    <w:rsid w:val="00FC693F"/>
    <w:pPr>
      <w:spacing w:after="300" w:line="240" w:lineRule="auto"/>
      <w:contextualSpacing/>
    </w:pPr>
    <w:rPr>
      <w:spacing w:val="5"/>
      <w:kern w:val="28"/>
      <w:sz w:val="32"/>
      <w:szCs w:val="52"/>
    </w:rPr>
  </w:style>
  <w:style w:type="character" w:customStyle="1" w:styleId="ab">
    <w:name w:val="標題 字元"/>
    <w:basedOn w:val="a2"/>
    <w:link w:val="aa"/>
    <w:uiPriority w:val="10"/>
    <w:rsid w:val="00FC693F"/>
    <w:rPr>
      <w:rFonts w:ascii="標楷體" w:eastAsia="標楷體" w:hAnsi="標楷體" w:cs="標楷體"/>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i/>
      <w:iCs/>
      <w:color w:val="4F81BD" w:themeColor="accent1"/>
      <w:spacing w:val="15"/>
      <w:sz w:val="24"/>
      <w:szCs w:val="24"/>
    </w:rPr>
  </w:style>
  <w:style w:type="character" w:customStyle="1" w:styleId="ad">
    <w:name w:val="副標題 字元"/>
    <w:basedOn w:val="a2"/>
    <w:link w:val="ac"/>
    <w:uiPriority w:val="11"/>
    <w:rsid w:val="00FC693F"/>
    <w:rPr>
      <w:rFonts w:ascii="標楷體" w:eastAsia="標楷體" w:hAnsi="標楷體" w:cs="標楷體"/>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字元"/>
    <w:basedOn w:val="a2"/>
    <w:link w:val="af"/>
    <w:uiPriority w:val="99"/>
    <w:rsid w:val="00AA1D8D"/>
    <w:rPr>
      <w:rFonts w:ascii="標楷體" w:eastAsia="標楷體" w:hAnsi="標楷體" w:cs="標楷體"/>
    </w:rPr>
  </w:style>
  <w:style w:type="paragraph" w:styleId="23">
    <w:name w:val="Body Text 2"/>
    <w:basedOn w:val="a1"/>
    <w:link w:val="24"/>
    <w:uiPriority w:val="99"/>
    <w:unhideWhenUsed/>
    <w:rsid w:val="00AA1D8D"/>
    <w:pPr>
      <w:spacing w:after="120" w:line="480" w:lineRule="auto"/>
    </w:pPr>
  </w:style>
  <w:style w:type="character" w:customStyle="1" w:styleId="24">
    <w:name w:val="本文 2 字元"/>
    <w:basedOn w:val="a2"/>
    <w:link w:val="23"/>
    <w:uiPriority w:val="99"/>
    <w:rsid w:val="00AA1D8D"/>
    <w:rPr>
      <w:rFonts w:ascii="標楷體" w:eastAsia="標楷體" w:hAnsi="標楷體" w:cs="標楷體"/>
    </w:rPr>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字元"/>
    <w:basedOn w:val="a2"/>
    <w:link w:val="33"/>
    <w:uiPriority w:val="99"/>
    <w:rsid w:val="00AA1D8D"/>
    <w:rPr>
      <w:rFonts w:ascii="標楷體" w:eastAsia="標楷體" w:hAnsi="標楷體" w:cs="標楷體"/>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sz w:val="20"/>
      <w:szCs w:val="20"/>
    </w:rPr>
  </w:style>
  <w:style w:type="character" w:customStyle="1" w:styleId="af4">
    <w:name w:val="巨集文字 字元"/>
    <w:basedOn w:val="a2"/>
    <w:link w:val="af3"/>
    <w:uiPriority w:val="99"/>
    <w:rsid w:val="0029639D"/>
    <w:rPr>
      <w:rFonts w:ascii="標楷體" w:eastAsia="標楷體" w:hAnsi="標楷體" w:cs="標楷體"/>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文 字元"/>
    <w:basedOn w:val="a2"/>
    <w:link w:val="af5"/>
    <w:uiPriority w:val="29"/>
    <w:rsid w:val="00FC693F"/>
    <w:rPr>
      <w:rFonts w:ascii="標楷體" w:eastAsia="標楷體" w:hAnsi="標楷體" w:cs="標楷體"/>
      <w:i/>
      <w:iCs/>
      <w:color w:val="000000" w:themeColor="text1"/>
    </w:rPr>
  </w:style>
  <w:style w:type="character" w:customStyle="1" w:styleId="40">
    <w:name w:val="標題 4 字元"/>
    <w:basedOn w:val="a2"/>
    <w:link w:val="4"/>
    <w:uiPriority w:val="9"/>
    <w:semiHidden/>
    <w:rsid w:val="00FC693F"/>
    <w:rPr>
      <w:rFonts w:ascii="標楷體" w:eastAsia="標楷體" w:hAnsi="標楷體" w:cs="標楷體"/>
      <w:b/>
      <w:bCs/>
      <w:i/>
      <w:iCs/>
      <w:color w:val="4F81BD" w:themeColor="accent1"/>
    </w:rPr>
  </w:style>
  <w:style w:type="character" w:customStyle="1" w:styleId="50">
    <w:name w:val="標題 5 字元"/>
    <w:basedOn w:val="a2"/>
    <w:link w:val="5"/>
    <w:uiPriority w:val="9"/>
    <w:semiHidden/>
    <w:rsid w:val="00FC693F"/>
    <w:rPr>
      <w:rFonts w:ascii="標楷體" w:eastAsia="標楷體" w:hAnsi="標楷體" w:cs="標楷體"/>
      <w:color w:val="243F60" w:themeColor="accent1" w:themeShade="7F"/>
    </w:rPr>
  </w:style>
  <w:style w:type="character" w:customStyle="1" w:styleId="60">
    <w:name w:val="標題 6 字元"/>
    <w:basedOn w:val="a2"/>
    <w:link w:val="6"/>
    <w:uiPriority w:val="9"/>
    <w:semiHidden/>
    <w:rsid w:val="00FC693F"/>
    <w:rPr>
      <w:rFonts w:ascii="標楷體" w:eastAsia="標楷體" w:hAnsi="標楷體" w:cs="標楷體"/>
      <w:i/>
      <w:iCs/>
      <w:color w:val="243F60" w:themeColor="accent1" w:themeShade="7F"/>
    </w:rPr>
  </w:style>
  <w:style w:type="character" w:customStyle="1" w:styleId="70">
    <w:name w:val="標題 7 字元"/>
    <w:basedOn w:val="a2"/>
    <w:link w:val="7"/>
    <w:uiPriority w:val="9"/>
    <w:semiHidden/>
    <w:rsid w:val="00FC693F"/>
    <w:rPr>
      <w:rFonts w:ascii="標楷體" w:eastAsia="標楷體" w:hAnsi="標楷體" w:cs="標楷體"/>
      <w:i/>
      <w:iCs/>
      <w:color w:val="404040" w:themeColor="text1" w:themeTint="BF"/>
    </w:rPr>
  </w:style>
  <w:style w:type="character" w:customStyle="1" w:styleId="80">
    <w:name w:val="標題 8 字元"/>
    <w:basedOn w:val="a2"/>
    <w:link w:val="8"/>
    <w:uiPriority w:val="9"/>
    <w:semiHidden/>
    <w:rsid w:val="00FC693F"/>
    <w:rPr>
      <w:rFonts w:ascii="標楷體" w:eastAsia="標楷體" w:hAnsi="標楷體" w:cs="標楷體"/>
      <w:color w:val="4F81BD" w:themeColor="accent1"/>
      <w:sz w:val="20"/>
      <w:szCs w:val="20"/>
    </w:rPr>
  </w:style>
  <w:style w:type="character" w:customStyle="1" w:styleId="90">
    <w:name w:val="標題 9 字元"/>
    <w:basedOn w:val="a2"/>
    <w:link w:val="9"/>
    <w:uiPriority w:val="9"/>
    <w:semiHidden/>
    <w:rsid w:val="00FC693F"/>
    <w:rPr>
      <w:rFonts w:ascii="標楷體" w:eastAsia="標楷體" w:hAnsi="標楷體" w:cs="標楷體"/>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rFonts w:ascii="標楷體" w:eastAsia="標楷體" w:hAnsi="標楷體" w:cs="標楷體"/>
      <w:b/>
      <w:bCs/>
    </w:rPr>
  </w:style>
  <w:style w:type="character" w:styleId="af9">
    <w:name w:val="Emphasis"/>
    <w:basedOn w:val="a2"/>
    <w:uiPriority w:val="20"/>
    <w:qFormat/>
    <w:rsid w:val="00FC693F"/>
    <w:rPr>
      <w:rFonts w:ascii="標楷體" w:eastAsia="標楷體" w:hAnsi="標楷體" w:cs="標楷體"/>
      <w:i/>
      <w:iCs/>
    </w:rPr>
  </w:style>
  <w:style w:type="paragraph" w:styleId="afa">
    <w:name w:val="Intense Quote"/>
    <w:basedOn w:val="a1"/>
    <w:next w:val="a1"/>
    <w:link w:val="afb"/>
    <w:uiPriority w:val="30"/>
    <w:qFormat/>
    <w:rsid w:val="00FC693F"/>
    <w:pPr>
      <w:spacing w:before="200" w:after="280"/>
      <w:ind w:left="936" w:right="936"/>
    </w:pPr>
    <w:rPr>
      <w:b/>
      <w:bCs/>
      <w:i/>
      <w:iCs/>
      <w:color w:val="4F81BD" w:themeColor="accent1"/>
    </w:rPr>
  </w:style>
  <w:style w:type="character" w:customStyle="1" w:styleId="afb">
    <w:name w:val="鮮明引文 字元"/>
    <w:basedOn w:val="a2"/>
    <w:link w:val="afa"/>
    <w:uiPriority w:val="30"/>
    <w:rsid w:val="00FC693F"/>
    <w:rPr>
      <w:rFonts w:ascii="標楷體" w:eastAsia="標楷體" w:hAnsi="標楷體" w:cs="標楷體"/>
      <w:b/>
      <w:bCs/>
      <w:i/>
      <w:iCs/>
      <w:color w:val="4F81BD" w:themeColor="accent1"/>
    </w:rPr>
  </w:style>
  <w:style w:type="character" w:styleId="afc">
    <w:name w:val="Subtle Emphasis"/>
    <w:basedOn w:val="a2"/>
    <w:uiPriority w:val="19"/>
    <w:qFormat/>
    <w:rsid w:val="00FC693F"/>
    <w:rPr>
      <w:rFonts w:ascii="標楷體" w:eastAsia="標楷體" w:hAnsi="標楷體" w:cs="標楷體"/>
      <w:i/>
      <w:iCs/>
      <w:color w:val="808080" w:themeColor="text1" w:themeTint="7F"/>
    </w:rPr>
  </w:style>
  <w:style w:type="character" w:styleId="afd">
    <w:name w:val="Intense Emphasis"/>
    <w:basedOn w:val="a2"/>
    <w:uiPriority w:val="21"/>
    <w:qFormat/>
    <w:rsid w:val="00FC693F"/>
    <w:rPr>
      <w:rFonts w:ascii="標楷體" w:eastAsia="標楷體" w:hAnsi="標楷體" w:cs="標楷體"/>
      <w:b/>
      <w:bCs/>
      <w:i/>
      <w:iCs/>
      <w:color w:val="4F81BD" w:themeColor="accent1"/>
    </w:rPr>
  </w:style>
  <w:style w:type="character" w:styleId="afe">
    <w:name w:val="Subtle Reference"/>
    <w:basedOn w:val="a2"/>
    <w:uiPriority w:val="31"/>
    <w:qFormat/>
    <w:rsid w:val="00FC693F"/>
    <w:rPr>
      <w:rFonts w:ascii="標楷體" w:eastAsia="標楷體" w:hAnsi="標楷體" w:cs="標楷體"/>
      <w:smallCaps/>
      <w:color w:val="C0504D" w:themeColor="accent2"/>
      <w:u w:val="single"/>
    </w:rPr>
  </w:style>
  <w:style w:type="character" w:styleId="aff">
    <w:name w:val="Intense Reference"/>
    <w:basedOn w:val="a2"/>
    <w:uiPriority w:val="32"/>
    <w:qFormat/>
    <w:rsid w:val="00FC693F"/>
    <w:rPr>
      <w:rFonts w:ascii="標楷體" w:eastAsia="標楷體" w:hAnsi="標楷體" w:cs="標楷體"/>
      <w:b/>
      <w:bCs/>
      <w:smallCaps/>
      <w:color w:val="C0504D" w:themeColor="accent2"/>
      <w:spacing w:val="5"/>
      <w:u w:val="single"/>
    </w:rPr>
  </w:style>
  <w:style w:type="character" w:styleId="aff0">
    <w:name w:val="Book Title"/>
    <w:basedOn w:val="a2"/>
    <w:uiPriority w:val="33"/>
    <w:qFormat/>
    <w:rsid w:val="00FC693F"/>
    <w:rPr>
      <w:rFonts w:ascii="標楷體" w:eastAsia="標楷體" w:hAnsi="標楷體" w:cs="標楷體"/>
      <w:b/>
      <w:bCs/>
      <w:smallCaps/>
      <w:spacing w:val="5"/>
    </w:rPr>
  </w:style>
  <w:style w:type="paragraph" w:styleId="aff1">
    <w:name w:val="TOC Heading"/>
    <w:basedOn w:val="1"/>
    <w:next w:val="a1"/>
    <w:uiPriority w:val="39"/>
    <w:semiHidden/>
    <w:unhideWhenUsed/>
    <w:qFormat/>
    <w:rsid w:val="00FC693F"/>
    <w:pPr>
      <w:outlineLvl w:val="9"/>
    </w:pPr>
  </w:style>
  <w:style w:type="table" w:styleId="aff2">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3">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keepNext w:val="0"/>
        <w:keepLines w:val="0"/>
        <w:pageBreakBefore w:val="0"/>
        <w:kinsoku/>
        <w:wordWrap w:val="0"/>
        <w:overflowPunct w:val="0"/>
        <w:topLinePunct/>
        <w:autoSpaceDE/>
        <w:autoSpaceDN w:val="0"/>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keepNext w:val="0"/>
        <w:keepLines w:val="0"/>
        <w:pageBreakBefore w:val="0"/>
        <w:kinsoku/>
        <w:wordWrap w:val="0"/>
        <w:overflowPunct w:val="0"/>
        <w:topLinePunct/>
        <w:autoSpaceDE/>
        <w:autoSpaceDN w:val="0"/>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keepNext w:val="0"/>
        <w:keepLines w:val="0"/>
        <w:pageBreakBefore w:val="0"/>
        <w:kinsoku/>
        <w:wordWrap w:val="0"/>
        <w:overflowPunct w:val="0"/>
        <w:topLinePunct/>
        <w:autoSpaceDE/>
        <w:autoSpaceDN w:val="0"/>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keepNext w:val="0"/>
        <w:keepLines w:val="0"/>
        <w:pageBreakBefore w:val="0"/>
        <w:kinsoku/>
        <w:wordWrap w:val="0"/>
        <w:overflowPunct w:val="0"/>
        <w:topLinePunct/>
        <w:autoSpaceDE/>
        <w:autoSpaceDN w:val="0"/>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keepNext w:val="0"/>
        <w:keepLines w:val="0"/>
        <w:pageBreakBefore w:val="0"/>
        <w:kinsoku/>
        <w:wordWrap w:val="0"/>
        <w:overflowPunct w:val="0"/>
        <w:topLinePunct/>
        <w:autoSpaceDE/>
        <w:autoSpaceDN w:val="0"/>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keepNext w:val="0"/>
        <w:keepLines w:val="0"/>
        <w:pageBreakBefore w:val="0"/>
        <w:kinsoku/>
        <w:wordWrap w:val="0"/>
        <w:overflowPunct w:val="0"/>
        <w:topLinePunct/>
        <w:autoSpaceDE/>
        <w:autoSpaceDN w:val="0"/>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keepNext w:val="0"/>
        <w:keepLines w:val="0"/>
        <w:pageBreakBefore w:val="0"/>
        <w:kinsoku/>
        <w:wordWrap w:val="0"/>
        <w:overflowPunct w:val="0"/>
        <w:topLinePunct/>
        <w:autoSpaceDE/>
        <w:autoSpaceDN w:val="0"/>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keepNext w:val="0"/>
        <w:keepLines w:val="0"/>
        <w:pageBreakBefore w:val="0"/>
        <w:kinsoku/>
        <w:wordWrap w:val="0"/>
        <w:overflowPunct w:val="0"/>
        <w:topLinePunct/>
        <w:autoSpaceDE/>
        <w:autoSpaceDN w:val="0"/>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keepNext w:val="0"/>
        <w:keepLines w:val="0"/>
        <w:pageBreakBefore w:val="0"/>
        <w:kinsoku/>
        <w:wordWrap w:val="0"/>
        <w:overflowPunct w:val="0"/>
        <w:topLinePunct/>
        <w:autoSpaceDE/>
        <w:autoSpaceDN w:val="0"/>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keepNext w:val="0"/>
        <w:keepLines w:val="0"/>
        <w:pageBreakBefore w:val="0"/>
        <w:kinsoku/>
        <w:wordWrap w:val="0"/>
        <w:overflowPunct w:val="0"/>
        <w:topLinePunct/>
        <w:autoSpaceDE/>
        <w:autoSpaceDN w:val="0"/>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keepNext w:val="0"/>
        <w:keepLines w:val="0"/>
        <w:pageBreakBefore w:val="0"/>
        <w:kinsoku/>
        <w:wordWrap w:val="0"/>
        <w:overflowPunct w:val="0"/>
        <w:topLinePunct/>
        <w:autoSpaceDE/>
        <w:autoSpaceDN w:val="0"/>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keepNext w:val="0"/>
        <w:keepLines w:val="0"/>
        <w:pageBreakBefore w:val="0"/>
        <w:kinsoku/>
        <w:wordWrap w:val="0"/>
        <w:overflowPunct w:val="0"/>
        <w:topLinePunct/>
        <w:autoSpaceDE/>
        <w:autoSpaceDN w:val="0"/>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keepNext w:val="0"/>
        <w:keepLines w:val="0"/>
        <w:pageBreakBefore w:val="0"/>
        <w:kinsoku/>
        <w:wordWrap w:val="0"/>
        <w:overflowPunct w:val="0"/>
        <w:topLinePunct/>
        <w:autoSpaceDE/>
        <w:autoSpaceDN w:val="0"/>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keepNext w:val="0"/>
        <w:keepLines w:val="0"/>
        <w:pageBreakBefore w:val="0"/>
        <w:kinsoku/>
        <w:wordWrap w:val="0"/>
        <w:overflowPunct w:val="0"/>
        <w:topLinePunct/>
        <w:autoSpaceDE/>
        <w:autoSpaceDN w:val="0"/>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4">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tblPr/>
      <w:tcPr>
        <w:shd w:val="clear" w:color="auto" w:fill="000000" w:themeFill="text1"/>
      </w:tcPr>
    </w:tblStylePr>
    <w:tblStylePr w:type="lastRow">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tblPr/>
      <w:tcPr>
        <w:shd w:val="clear" w:color="auto" w:fill="4F81BD" w:themeFill="accent1"/>
      </w:tcPr>
    </w:tblStylePr>
    <w:tblStylePr w:type="lastRow">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tblPr/>
      <w:tcPr>
        <w:shd w:val="clear" w:color="auto" w:fill="C0504D" w:themeFill="accent2"/>
      </w:tcPr>
    </w:tblStylePr>
    <w:tblStylePr w:type="lastRow">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tblPr/>
      <w:tcPr>
        <w:shd w:val="clear" w:color="auto" w:fill="9BBB59" w:themeFill="accent3"/>
      </w:tcPr>
    </w:tblStylePr>
    <w:tblStylePr w:type="lastRow">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tblPr/>
      <w:tcPr>
        <w:shd w:val="clear" w:color="auto" w:fill="8064A2" w:themeFill="accent4"/>
      </w:tcPr>
    </w:tblStylePr>
    <w:tblStylePr w:type="lastRow">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tblPr/>
      <w:tcPr>
        <w:shd w:val="clear" w:color="auto" w:fill="4BACC6" w:themeFill="accent5"/>
      </w:tcPr>
    </w:tblStylePr>
    <w:tblStylePr w:type="lastRow">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tblPr/>
      <w:tcPr>
        <w:shd w:val="clear" w:color="auto" w:fill="F79646" w:themeFill="accent6"/>
      </w:tcPr>
    </w:tblStylePr>
    <w:tblStylePr w:type="lastRow">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5">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lastCol">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lastCol">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lastCol">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lastCol">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lastCol">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lastCol">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lastCol">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tblPr/>
      <w:tcPr>
        <w:tcBorders>
          <w:top w:val="nil"/>
          <w:left w:val="nil"/>
          <w:bottom w:val="single" w:sz="18" w:space="0" w:color="auto"/>
          <w:right w:val="nil"/>
          <w:insideH w:val="nil"/>
          <w:insideV w:val="nil"/>
        </w:tcBorders>
        <w:shd w:val="clear" w:color="auto" w:fill="000000" w:themeFill="text1"/>
      </w:tcPr>
    </w:tblStylePr>
    <w:tblStylePr w:type="lastCol">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tblPr/>
      <w:tcPr>
        <w:tcBorders>
          <w:top w:val="nil"/>
          <w:left w:val="nil"/>
          <w:bottom w:val="single" w:sz="18" w:space="0" w:color="auto"/>
          <w:right w:val="nil"/>
          <w:insideH w:val="nil"/>
          <w:insideV w:val="nil"/>
        </w:tcBorders>
        <w:shd w:val="clear" w:color="auto" w:fill="4F81BD" w:themeFill="accent1"/>
      </w:tcPr>
    </w:tblStylePr>
    <w:tblStylePr w:type="lastCol">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tblPr/>
      <w:tcPr>
        <w:tcBorders>
          <w:top w:val="nil"/>
          <w:left w:val="nil"/>
          <w:bottom w:val="single" w:sz="18" w:space="0" w:color="auto"/>
          <w:right w:val="nil"/>
          <w:insideH w:val="nil"/>
          <w:insideV w:val="nil"/>
        </w:tcBorders>
        <w:shd w:val="clear" w:color="auto" w:fill="C0504D" w:themeFill="accent2"/>
      </w:tcPr>
    </w:tblStylePr>
    <w:tblStylePr w:type="lastCol">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tblPr/>
      <w:tcPr>
        <w:tcBorders>
          <w:top w:val="nil"/>
          <w:left w:val="nil"/>
          <w:bottom w:val="single" w:sz="18" w:space="0" w:color="auto"/>
          <w:right w:val="nil"/>
          <w:insideH w:val="nil"/>
          <w:insideV w:val="nil"/>
        </w:tcBorders>
        <w:shd w:val="clear" w:color="auto" w:fill="9BBB59" w:themeFill="accent3"/>
      </w:tcPr>
    </w:tblStylePr>
    <w:tblStylePr w:type="lastCol">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tblPr/>
      <w:tcPr>
        <w:tcBorders>
          <w:top w:val="nil"/>
          <w:left w:val="nil"/>
          <w:bottom w:val="single" w:sz="18" w:space="0" w:color="auto"/>
          <w:right w:val="nil"/>
          <w:insideH w:val="nil"/>
          <w:insideV w:val="nil"/>
        </w:tcBorders>
        <w:shd w:val="clear" w:color="auto" w:fill="8064A2" w:themeFill="accent4"/>
      </w:tcPr>
    </w:tblStylePr>
    <w:tblStylePr w:type="lastCol">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tblPr/>
      <w:tcPr>
        <w:tcBorders>
          <w:top w:val="nil"/>
          <w:left w:val="nil"/>
          <w:bottom w:val="single" w:sz="18" w:space="0" w:color="auto"/>
          <w:right w:val="nil"/>
          <w:insideH w:val="nil"/>
          <w:insideV w:val="nil"/>
        </w:tcBorders>
        <w:shd w:val="clear" w:color="auto" w:fill="4BACC6" w:themeFill="accent5"/>
      </w:tcPr>
    </w:tblStylePr>
    <w:tblStylePr w:type="lastCol">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tblPr/>
      <w:tcPr>
        <w:tcBorders>
          <w:top w:val="nil"/>
          <w:left w:val="nil"/>
          <w:bottom w:val="single" w:sz="18" w:space="0" w:color="auto"/>
          <w:right w:val="nil"/>
          <w:insideH w:val="nil"/>
          <w:insideV w:val="nil"/>
        </w:tcBorders>
        <w:shd w:val="clear" w:color="auto" w:fill="F79646" w:themeFill="accent6"/>
      </w:tcPr>
    </w:tblStylePr>
    <w:tblStylePr w:type="lastCol">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標楷體" w:eastAsia="標楷體" w:hAnsi="標楷體" w:cs="標楷體"/>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標楷體" w:eastAsia="標楷體" w:hAnsi="標楷體" w:cs="標楷體"/>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標楷體" w:eastAsia="標楷體" w:hAnsi="標楷體" w:cs="標楷體"/>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標楷體" w:eastAsia="標楷體" w:hAnsi="標楷體" w:cs="標楷體"/>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標楷體" w:eastAsia="標楷體" w:hAnsi="標楷體" w:cs="標楷體"/>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標楷體" w:eastAsia="標楷體" w:hAnsi="標楷體" w:cs="標楷體"/>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標楷體" w:eastAsia="標楷體" w:hAnsi="標楷體" w:cs="標楷體"/>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sid w:val="00CB0664"/>
    <w:pPr>
      <w:spacing w:after="0" w:line="240" w:lineRule="auto"/>
    </w:pPr>
    <w:rPr>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lastRow">
      <w:tblPr/>
      <w:tcPr>
        <w:tcBorders>
          <w:top w:val="single" w:sz="18" w:space="0" w:color="404040" w:themeColor="text1" w:themeTint="BF"/>
        </w:tcBorders>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lastRow">
      <w:tblPr/>
      <w:tcPr>
        <w:tcBorders>
          <w:top w:val="single" w:sz="18" w:space="0" w:color="7BA0CD" w:themeColor="accent1" w:themeTint="BF"/>
        </w:tcBorders>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lastRow">
      <w:tblPr/>
      <w:tcPr>
        <w:tcBorders>
          <w:top w:val="single" w:sz="18" w:space="0" w:color="CF7B79" w:themeColor="accent2" w:themeTint="BF"/>
        </w:tcBorders>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lastRow">
      <w:tblPr/>
      <w:tcPr>
        <w:tcBorders>
          <w:top w:val="single" w:sz="18" w:space="0" w:color="B3CC82" w:themeColor="accent3" w:themeTint="BF"/>
        </w:tcBorders>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lastRow">
      <w:tblPr/>
      <w:tcPr>
        <w:tcBorders>
          <w:top w:val="single" w:sz="18" w:space="0" w:color="9F8AB9" w:themeColor="accent4" w:themeTint="BF"/>
        </w:tcBorders>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lastRow">
      <w:tblPr/>
      <w:tcPr>
        <w:tcBorders>
          <w:top w:val="single" w:sz="18" w:space="0" w:color="78C0D4" w:themeColor="accent5" w:themeTint="BF"/>
        </w:tcBorders>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lastRow">
      <w:tblPr/>
      <w:tcPr>
        <w:tcBorders>
          <w:top w:val="single" w:sz="18" w:space="0" w:color="F9B074" w:themeColor="accent6" w:themeTint="BF"/>
        </w:tcBorders>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sid w:val="00CB0664"/>
    <w:pPr>
      <w:spacing w:after="0" w:line="240" w:lineRule="auto"/>
    </w:pPr>
    <w:rPr>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6">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7">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8">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9">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標楷體"/>
        <a:ea typeface="標楷體"/>
        <a:cs typeface="標楷體"/>
        <a:font script="Jpan" typeface="標楷體"/>
        <a:font script="Hang" typeface="標楷體"/>
        <a:font script="Hans" typeface="標楷體"/>
        <a:font script="Hant" typeface="標楷體"/>
        <a:font script="Arab" typeface="標楷體"/>
        <a:font script="Hebr" typeface="標楷體"/>
        <a:font script="Thai" typeface="標楷體"/>
        <a:font script="Ethi" typeface="標楷體"/>
        <a:font script="Beng" typeface="標楷體"/>
        <a:font script="Gujr" typeface="標楷體"/>
        <a:font script="Khmr" typeface="標楷體"/>
        <a:font script="Knda" typeface="標楷體"/>
        <a:font script="Guru" typeface="標楷體"/>
        <a:font script="Cans" typeface="標楷體"/>
        <a:font script="Cher" typeface="標楷體"/>
        <a:font script="Yiii" typeface="標楷體"/>
        <a:font script="Tibt" typeface="標楷體"/>
        <a:font script="Thaa" typeface="標楷體"/>
        <a:font script="Deva" typeface="標楷體"/>
        <a:font script="Telu" typeface="標楷體"/>
        <a:font script="Taml" typeface="標楷體"/>
        <a:font script="Syrc" typeface="標楷體"/>
        <a:font script="Orya" typeface="標楷體"/>
        <a:font script="Mlym" typeface="標楷體"/>
        <a:font script="Laoo" typeface="標楷體"/>
        <a:font script="Sinh" typeface="標楷體"/>
        <a:font script="Mong" typeface="標楷體"/>
        <a:font script="Viet" typeface="標楷體"/>
        <a:font script="Uigh" typeface="標楷體"/>
        <a:font script="Geor" typeface="標楷體"/>
      </a:majorFont>
      <a:minorFont>
        <a:latin typeface="標楷體"/>
        <a:ea typeface="標楷體"/>
        <a:cs typeface="標楷體"/>
        <a:font script="Jpan" typeface="標楷體"/>
        <a:font script="Hang" typeface="標楷體"/>
        <a:font script="Hans" typeface="標楷體"/>
        <a:font script="Hant" typeface="標楷體"/>
        <a:font script="Arab" typeface="標楷體"/>
        <a:font script="Hebr" typeface="標楷體"/>
        <a:font script="Thai" typeface="標楷體"/>
        <a:font script="Ethi" typeface="標楷體"/>
        <a:font script="Beng" typeface="標楷體"/>
        <a:font script="Gujr" typeface="標楷體"/>
        <a:font script="Khmr" typeface="標楷體"/>
        <a:font script="Knda" typeface="標楷體"/>
        <a:font script="Guru" typeface="標楷體"/>
        <a:font script="Cans" typeface="標楷體"/>
        <a:font script="Cher" typeface="標楷體"/>
        <a:font script="Yiii" typeface="標楷體"/>
        <a:font script="Tibt" typeface="標楷體"/>
        <a:font script="Thaa" typeface="標楷體"/>
        <a:font script="Deva" typeface="標楷體"/>
        <a:font script="Telu" typeface="標楷體"/>
        <a:font script="Taml" typeface="標楷體"/>
        <a:font script="Syrc" typeface="標楷體"/>
        <a:font script="Orya" typeface="標楷體"/>
        <a:font script="Mlym" typeface="標楷體"/>
        <a:font script="Laoo" typeface="標楷體"/>
        <a:font script="Sinh" typeface="標楷體"/>
        <a:font script="Mong" typeface="標楷體"/>
        <a:font script="Viet" typeface="標楷體"/>
        <a:font script="Uigh" typeface="標楷體"/>
        <a:font script="Geor" typeface="標楷體"/>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10</Pages>
  <Words>1164</Words>
  <Characters>6639</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7788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國立北門高級中學</dc:title>
  <dc:subject/>
  <dc:creator>國立北門高級中學</dc:creator>
  <cp:keywords/>
  <dc:description>generated by python-docx</dc:description>
  <cp:lastModifiedBy>婷琇 張</cp:lastModifiedBy>
  <cp:revision>7</cp:revision>
  <dcterms:created xsi:type="dcterms:W3CDTF">2026-10-06T08:03:00Z</dcterms:created>
  <dcterms:modified xsi:type="dcterms:W3CDTF">2026-10-06T08:08:00Z</dcterms:modified>
  <cp:category/>
</cp:coreProperties>
</file>